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7F025" w14:textId="77777777" w:rsidR="00F67DC9" w:rsidRDefault="00000000">
      <w:pPr>
        <w:jc w:val="center"/>
      </w:pPr>
      <w:r>
        <w:rPr>
          <w:noProof/>
        </w:rPr>
        <w:drawing>
          <wp:inline distT="0" distB="0" distL="0" distR="0" wp14:anchorId="6E38C253" wp14:editId="1283D89A">
            <wp:extent cx="1828800" cy="18326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othlorien(3).jpg"/>
                    <pic:cNvPicPr/>
                  </pic:nvPicPr>
                  <pic:blipFill>
                    <a:blip r:embed="rId8"/>
                    <a:stretch>
                      <a:fillRect/>
                    </a:stretch>
                  </pic:blipFill>
                  <pic:spPr>
                    <a:xfrm>
                      <a:off x="0" y="0"/>
                      <a:ext cx="1828800" cy="1832618"/>
                    </a:xfrm>
                    <a:prstGeom prst="rect">
                      <a:avLst/>
                    </a:prstGeom>
                  </pic:spPr>
                </pic:pic>
              </a:graphicData>
            </a:graphic>
          </wp:inline>
        </w:drawing>
      </w:r>
    </w:p>
    <w:p w14:paraId="1A04A46B" w14:textId="77777777" w:rsidR="00F67DC9" w:rsidRPr="0059167B" w:rsidRDefault="00000000">
      <w:pPr>
        <w:pStyle w:val="Heading1"/>
        <w:jc w:val="center"/>
        <w:rPr>
          <w:rFonts w:asciiTheme="minorHAnsi" w:hAnsiTheme="minorHAnsi"/>
        </w:rPr>
      </w:pPr>
      <w:r w:rsidRPr="0059167B">
        <w:rPr>
          <w:rFonts w:asciiTheme="minorHAnsi" w:hAnsiTheme="minorHAnsi"/>
        </w:rPr>
        <w:t>Lothlorien Community (Rokpa Trust)</w:t>
      </w:r>
    </w:p>
    <w:p w14:paraId="3F2462B4" w14:textId="159DB1D3" w:rsidR="00F67DC9" w:rsidRPr="0059167B" w:rsidRDefault="00000000">
      <w:pPr>
        <w:pStyle w:val="Heading2"/>
        <w:jc w:val="center"/>
        <w:rPr>
          <w:rFonts w:asciiTheme="minorHAnsi" w:hAnsiTheme="minorHAnsi"/>
        </w:rPr>
      </w:pPr>
      <w:r w:rsidRPr="0059167B">
        <w:rPr>
          <w:rFonts w:asciiTheme="minorHAnsi" w:hAnsiTheme="minorHAnsi"/>
        </w:rPr>
        <w:t xml:space="preserve">Resident Application </w:t>
      </w:r>
      <w:r w:rsidR="00BA6A6F" w:rsidRPr="0059167B">
        <w:rPr>
          <w:rFonts w:asciiTheme="minorHAnsi" w:hAnsiTheme="minorHAnsi"/>
        </w:rPr>
        <w:t>Form</w:t>
      </w:r>
    </w:p>
    <w:p w14:paraId="71EB7851" w14:textId="77777777" w:rsidR="00F67DC9" w:rsidRDefault="00000000">
      <w:r w:rsidRPr="0059167B">
        <w:rPr>
          <w:b/>
          <w:color w:val="4F81BD" w:themeColor="accent1"/>
          <w:sz w:val="26"/>
          <w:szCs w:val="26"/>
        </w:rPr>
        <w:t>Welcome</w:t>
      </w:r>
      <w:r>
        <w:rPr>
          <w:b/>
        </w:rPr>
        <w:br/>
      </w:r>
      <w:r>
        <w:t>Thank you for your interest in Lothlorien.</w:t>
      </w:r>
      <w:r>
        <w:br/>
      </w:r>
      <w:r>
        <w:br/>
        <w:t>This application helps us understand your circumstances and whether our therapeutic community is likely to be the right place for you. Once we receive your completed application we will contact your healthcare referees and may request further information where appropriate. All applications are considered individually and submitting an application does not guarantee a placement.</w:t>
      </w:r>
      <w:r>
        <w:br/>
      </w:r>
      <w:r>
        <w:br/>
        <w:t>Please answer every question. If a question does not apply, write 'N/A'. All information is treated confidentially.</w:t>
      </w:r>
    </w:p>
    <w:p w14:paraId="7173AEF6" w14:textId="77777777" w:rsidR="00F67DC9" w:rsidRPr="0059167B" w:rsidRDefault="00000000">
      <w:pPr>
        <w:pStyle w:val="Heading2"/>
        <w:rPr>
          <w:rFonts w:asciiTheme="minorHAnsi" w:hAnsiTheme="minorHAnsi"/>
        </w:rPr>
      </w:pPr>
      <w:r w:rsidRPr="0059167B">
        <w:rPr>
          <w:rFonts w:asciiTheme="minorHAnsi" w:hAnsiTheme="minorHAnsi"/>
        </w:rPr>
        <w:t>What happens next?</w:t>
      </w:r>
    </w:p>
    <w:p w14:paraId="7E0C172A" w14:textId="0B36F754" w:rsidR="00F67DC9" w:rsidRDefault="00000000">
      <w:pPr>
        <w:pStyle w:val="ListNumber"/>
      </w:pPr>
      <w:r>
        <w:t>1. Return your completed application form</w:t>
      </w:r>
      <w:r w:rsidR="00A4627D">
        <w:t xml:space="preserve"> to lucy@lothlorien.tc</w:t>
      </w:r>
    </w:p>
    <w:p w14:paraId="30E19394" w14:textId="77777777" w:rsidR="00F67DC9" w:rsidRDefault="00000000">
      <w:pPr>
        <w:pStyle w:val="ListNumber"/>
      </w:pPr>
      <w:r>
        <w:t>2. We contact your two healthcare referees.</w:t>
      </w:r>
    </w:p>
    <w:p w14:paraId="58E76F34" w14:textId="77777777" w:rsidR="00F67DC9" w:rsidRDefault="00000000">
      <w:pPr>
        <w:pStyle w:val="ListNumber"/>
      </w:pPr>
      <w:r>
        <w:t>3. We may ask for additional information if required.</w:t>
      </w:r>
    </w:p>
    <w:p w14:paraId="41A200F2" w14:textId="77777777" w:rsidR="00F67DC9" w:rsidRDefault="00000000">
      <w:pPr>
        <w:pStyle w:val="ListNumber"/>
      </w:pPr>
      <w:r>
        <w:t>4. We consider whether Lothlorien is likely to meet your needs.</w:t>
      </w:r>
    </w:p>
    <w:p w14:paraId="7F0B22B2" w14:textId="11217112" w:rsidR="00F67DC9" w:rsidRDefault="00000000">
      <w:pPr>
        <w:pStyle w:val="ListNumber"/>
      </w:pPr>
      <w:r>
        <w:t xml:space="preserve">5. We discuss funding options and, if appropriate, offer </w:t>
      </w:r>
      <w:r w:rsidR="00A4627D">
        <w:t>an initial assessment</w:t>
      </w:r>
      <w:r>
        <w:t>.</w:t>
      </w:r>
    </w:p>
    <w:p w14:paraId="693EFE3F" w14:textId="77777777" w:rsidR="00F67DC9" w:rsidRDefault="00000000">
      <w:r>
        <w:br w:type="page"/>
      </w:r>
    </w:p>
    <w:p w14:paraId="30ACB332" w14:textId="77777777" w:rsidR="00F67DC9" w:rsidRPr="00BA6A6F" w:rsidRDefault="00000000">
      <w:pPr>
        <w:rPr>
          <w:color w:val="4F81BD" w:themeColor="accent1"/>
        </w:rPr>
      </w:pPr>
      <w:r w:rsidRPr="00BA6A6F">
        <w:rPr>
          <w:b/>
          <w:color w:val="4F81BD" w:themeColor="accent1"/>
          <w:sz w:val="30"/>
        </w:rPr>
        <w:lastRenderedPageBreak/>
        <w:t>1. About You</w:t>
      </w:r>
    </w:p>
    <w:tbl>
      <w:tblPr>
        <w:tblStyle w:val="TableGrid"/>
        <w:tblW w:w="0" w:type="auto"/>
        <w:jc w:val="center"/>
        <w:tblLook w:val="04A0" w:firstRow="1" w:lastRow="0" w:firstColumn="1" w:lastColumn="0" w:noHBand="0" w:noVBand="1"/>
      </w:tblPr>
      <w:tblGrid>
        <w:gridCol w:w="5036"/>
        <w:gridCol w:w="5034"/>
      </w:tblGrid>
      <w:tr w:rsidR="00F67DC9" w14:paraId="090B7C96" w14:textId="77777777">
        <w:trPr>
          <w:jc w:val="center"/>
        </w:trPr>
        <w:tc>
          <w:tcPr>
            <w:tcW w:w="5040" w:type="dxa"/>
          </w:tcPr>
          <w:p w14:paraId="6C6345C0" w14:textId="77777777" w:rsidR="00F67DC9" w:rsidRDefault="00000000">
            <w:r>
              <w:t>Full name</w:t>
            </w:r>
          </w:p>
        </w:tc>
        <w:tc>
          <w:tcPr>
            <w:tcW w:w="5040" w:type="dxa"/>
          </w:tcPr>
          <w:p w14:paraId="3777C69E" w14:textId="77777777" w:rsidR="00F67DC9" w:rsidRDefault="00F67DC9"/>
        </w:tc>
      </w:tr>
      <w:tr w:rsidR="00F67DC9" w14:paraId="377BE1AA" w14:textId="77777777">
        <w:trPr>
          <w:jc w:val="center"/>
        </w:trPr>
        <w:tc>
          <w:tcPr>
            <w:tcW w:w="5040" w:type="dxa"/>
          </w:tcPr>
          <w:p w14:paraId="18B72A29" w14:textId="77777777" w:rsidR="00F67DC9" w:rsidRDefault="00000000">
            <w:r>
              <w:t>Pronouns</w:t>
            </w:r>
          </w:p>
        </w:tc>
        <w:tc>
          <w:tcPr>
            <w:tcW w:w="5040" w:type="dxa"/>
          </w:tcPr>
          <w:p w14:paraId="45D92C0E" w14:textId="77777777" w:rsidR="00F67DC9" w:rsidRDefault="00F67DC9"/>
        </w:tc>
      </w:tr>
      <w:tr w:rsidR="00F67DC9" w14:paraId="7FD59A56" w14:textId="77777777">
        <w:trPr>
          <w:jc w:val="center"/>
        </w:trPr>
        <w:tc>
          <w:tcPr>
            <w:tcW w:w="5040" w:type="dxa"/>
          </w:tcPr>
          <w:p w14:paraId="268D02A9" w14:textId="77777777" w:rsidR="00F67DC9" w:rsidRDefault="00000000">
            <w:r>
              <w:t>Date of birth</w:t>
            </w:r>
          </w:p>
        </w:tc>
        <w:tc>
          <w:tcPr>
            <w:tcW w:w="5040" w:type="dxa"/>
          </w:tcPr>
          <w:p w14:paraId="0AABE750" w14:textId="77777777" w:rsidR="00F67DC9" w:rsidRDefault="00F67DC9"/>
        </w:tc>
      </w:tr>
      <w:tr w:rsidR="00F67DC9" w14:paraId="2CDBD1CB" w14:textId="77777777">
        <w:trPr>
          <w:jc w:val="center"/>
        </w:trPr>
        <w:tc>
          <w:tcPr>
            <w:tcW w:w="5040" w:type="dxa"/>
          </w:tcPr>
          <w:p w14:paraId="408ED0E0" w14:textId="77777777" w:rsidR="00F67DC9" w:rsidRDefault="00000000">
            <w:r>
              <w:t>Address</w:t>
            </w:r>
          </w:p>
        </w:tc>
        <w:tc>
          <w:tcPr>
            <w:tcW w:w="5040" w:type="dxa"/>
          </w:tcPr>
          <w:p w14:paraId="41EFF020" w14:textId="77777777" w:rsidR="00F67DC9" w:rsidRDefault="00F67DC9"/>
        </w:tc>
      </w:tr>
      <w:tr w:rsidR="00F67DC9" w14:paraId="58B704FD" w14:textId="77777777">
        <w:trPr>
          <w:jc w:val="center"/>
        </w:trPr>
        <w:tc>
          <w:tcPr>
            <w:tcW w:w="5040" w:type="dxa"/>
          </w:tcPr>
          <w:p w14:paraId="080C2E3E" w14:textId="77777777" w:rsidR="00F67DC9" w:rsidRDefault="00000000">
            <w:r>
              <w:t>Email</w:t>
            </w:r>
          </w:p>
        </w:tc>
        <w:tc>
          <w:tcPr>
            <w:tcW w:w="5040" w:type="dxa"/>
          </w:tcPr>
          <w:p w14:paraId="5656BDAA" w14:textId="77777777" w:rsidR="00F67DC9" w:rsidRDefault="00F67DC9"/>
        </w:tc>
      </w:tr>
      <w:tr w:rsidR="00F67DC9" w14:paraId="5695C94C" w14:textId="77777777">
        <w:trPr>
          <w:jc w:val="center"/>
        </w:trPr>
        <w:tc>
          <w:tcPr>
            <w:tcW w:w="5040" w:type="dxa"/>
          </w:tcPr>
          <w:p w14:paraId="00473CC6" w14:textId="77777777" w:rsidR="00F67DC9" w:rsidRDefault="00000000">
            <w:r>
              <w:t>Telephone</w:t>
            </w:r>
          </w:p>
        </w:tc>
        <w:tc>
          <w:tcPr>
            <w:tcW w:w="5040" w:type="dxa"/>
          </w:tcPr>
          <w:p w14:paraId="47F329C2" w14:textId="77777777" w:rsidR="00F67DC9" w:rsidRDefault="00F67DC9"/>
        </w:tc>
      </w:tr>
      <w:tr w:rsidR="00F67DC9" w14:paraId="384E7F7F" w14:textId="77777777">
        <w:trPr>
          <w:jc w:val="center"/>
        </w:trPr>
        <w:tc>
          <w:tcPr>
            <w:tcW w:w="5040" w:type="dxa"/>
          </w:tcPr>
          <w:p w14:paraId="4B585E52" w14:textId="77777777" w:rsidR="00F67DC9" w:rsidRDefault="00000000">
            <w:r>
              <w:t>Preferred dates of stay</w:t>
            </w:r>
          </w:p>
        </w:tc>
        <w:tc>
          <w:tcPr>
            <w:tcW w:w="5040" w:type="dxa"/>
          </w:tcPr>
          <w:p w14:paraId="18275758" w14:textId="77777777" w:rsidR="00F67DC9" w:rsidRDefault="00F67DC9"/>
        </w:tc>
      </w:tr>
      <w:tr w:rsidR="00F67DC9" w14:paraId="00A126AB" w14:textId="77777777">
        <w:trPr>
          <w:jc w:val="center"/>
        </w:trPr>
        <w:tc>
          <w:tcPr>
            <w:tcW w:w="5040" w:type="dxa"/>
          </w:tcPr>
          <w:p w14:paraId="367DEB47" w14:textId="77777777" w:rsidR="00F67DC9" w:rsidRDefault="00000000">
            <w:r>
              <w:t>Length of stay requested</w:t>
            </w:r>
          </w:p>
        </w:tc>
        <w:tc>
          <w:tcPr>
            <w:tcW w:w="5040" w:type="dxa"/>
          </w:tcPr>
          <w:p w14:paraId="17B7C8DB" w14:textId="77777777" w:rsidR="00F67DC9" w:rsidRDefault="00F67DC9"/>
        </w:tc>
      </w:tr>
      <w:tr w:rsidR="00F67DC9" w14:paraId="36968F01" w14:textId="77777777">
        <w:trPr>
          <w:jc w:val="center"/>
        </w:trPr>
        <w:tc>
          <w:tcPr>
            <w:tcW w:w="5040" w:type="dxa"/>
          </w:tcPr>
          <w:p w14:paraId="41552EEF" w14:textId="77777777" w:rsidR="00F67DC9" w:rsidRDefault="00000000">
            <w:r>
              <w:t>Current living situation</w:t>
            </w:r>
          </w:p>
        </w:tc>
        <w:tc>
          <w:tcPr>
            <w:tcW w:w="5040" w:type="dxa"/>
          </w:tcPr>
          <w:p w14:paraId="7BF6653B" w14:textId="77777777" w:rsidR="00F67DC9" w:rsidRDefault="00F67DC9"/>
        </w:tc>
      </w:tr>
      <w:tr w:rsidR="00F67DC9" w14:paraId="5C8CE004" w14:textId="77777777">
        <w:trPr>
          <w:jc w:val="center"/>
        </w:trPr>
        <w:tc>
          <w:tcPr>
            <w:tcW w:w="5040" w:type="dxa"/>
          </w:tcPr>
          <w:p w14:paraId="48F8FBE5" w14:textId="77777777" w:rsidR="00F67DC9" w:rsidRDefault="00000000">
            <w:r>
              <w:t>Emergency contact (name, relationship, telephone, email)</w:t>
            </w:r>
          </w:p>
        </w:tc>
        <w:tc>
          <w:tcPr>
            <w:tcW w:w="5040" w:type="dxa"/>
          </w:tcPr>
          <w:p w14:paraId="12E45490" w14:textId="77777777" w:rsidR="00F67DC9" w:rsidRDefault="00F67DC9"/>
        </w:tc>
      </w:tr>
    </w:tbl>
    <w:p w14:paraId="237AF324" w14:textId="77777777" w:rsidR="00F67DC9" w:rsidRDefault="00F67DC9"/>
    <w:p w14:paraId="3ECE5EF4" w14:textId="77777777" w:rsidR="00F67DC9" w:rsidRPr="00BA6A6F" w:rsidRDefault="00000000">
      <w:pPr>
        <w:rPr>
          <w:color w:val="4F81BD" w:themeColor="accent1"/>
        </w:rPr>
      </w:pPr>
      <w:r w:rsidRPr="00BA6A6F">
        <w:rPr>
          <w:b/>
          <w:color w:val="4F81BD" w:themeColor="accent1"/>
          <w:sz w:val="30"/>
        </w:rPr>
        <w:t>2. Your Healthcare Team</w:t>
      </w:r>
    </w:p>
    <w:tbl>
      <w:tblPr>
        <w:tblStyle w:val="TableGrid"/>
        <w:tblW w:w="0" w:type="auto"/>
        <w:jc w:val="center"/>
        <w:tblLook w:val="04A0" w:firstRow="1" w:lastRow="0" w:firstColumn="1" w:lastColumn="0" w:noHBand="0" w:noVBand="1"/>
      </w:tblPr>
      <w:tblGrid>
        <w:gridCol w:w="5036"/>
        <w:gridCol w:w="5034"/>
      </w:tblGrid>
      <w:tr w:rsidR="00F67DC9" w14:paraId="1A8387C1" w14:textId="77777777">
        <w:trPr>
          <w:jc w:val="center"/>
        </w:trPr>
        <w:tc>
          <w:tcPr>
            <w:tcW w:w="5040" w:type="dxa"/>
          </w:tcPr>
          <w:p w14:paraId="0E1D9D4C" w14:textId="77777777" w:rsidR="00F67DC9" w:rsidRDefault="00000000">
            <w:r>
              <w:t>Referrer (self-referrals welcome)</w:t>
            </w:r>
          </w:p>
        </w:tc>
        <w:tc>
          <w:tcPr>
            <w:tcW w:w="5040" w:type="dxa"/>
          </w:tcPr>
          <w:p w14:paraId="21281A3E" w14:textId="77777777" w:rsidR="00F67DC9" w:rsidRDefault="00F67DC9"/>
        </w:tc>
      </w:tr>
      <w:tr w:rsidR="00F67DC9" w14:paraId="6FBDBBE0" w14:textId="77777777">
        <w:trPr>
          <w:jc w:val="center"/>
        </w:trPr>
        <w:tc>
          <w:tcPr>
            <w:tcW w:w="5040" w:type="dxa"/>
          </w:tcPr>
          <w:p w14:paraId="42FBB8AD" w14:textId="77777777" w:rsidR="00F67DC9" w:rsidRDefault="00000000">
            <w:r>
              <w:t>GP</w:t>
            </w:r>
          </w:p>
        </w:tc>
        <w:tc>
          <w:tcPr>
            <w:tcW w:w="5040" w:type="dxa"/>
          </w:tcPr>
          <w:p w14:paraId="4DE89C37" w14:textId="77777777" w:rsidR="00F67DC9" w:rsidRDefault="00F67DC9"/>
        </w:tc>
      </w:tr>
      <w:tr w:rsidR="00F67DC9" w14:paraId="265AE936" w14:textId="77777777">
        <w:trPr>
          <w:jc w:val="center"/>
        </w:trPr>
        <w:tc>
          <w:tcPr>
            <w:tcW w:w="5040" w:type="dxa"/>
          </w:tcPr>
          <w:p w14:paraId="5CDD6EAB" w14:textId="77777777" w:rsidR="00F67DC9" w:rsidRDefault="00000000">
            <w:r>
              <w:t>Current psychiatrist (if applicable)</w:t>
            </w:r>
          </w:p>
        </w:tc>
        <w:tc>
          <w:tcPr>
            <w:tcW w:w="5040" w:type="dxa"/>
          </w:tcPr>
          <w:p w14:paraId="35EB7E59" w14:textId="77777777" w:rsidR="00F67DC9" w:rsidRDefault="00F67DC9"/>
        </w:tc>
      </w:tr>
      <w:tr w:rsidR="00F67DC9" w14:paraId="61F83761" w14:textId="77777777">
        <w:trPr>
          <w:jc w:val="center"/>
        </w:trPr>
        <w:tc>
          <w:tcPr>
            <w:tcW w:w="5040" w:type="dxa"/>
          </w:tcPr>
          <w:p w14:paraId="08B17E09" w14:textId="77777777" w:rsidR="00F67DC9" w:rsidRDefault="00000000">
            <w:r>
              <w:t>Diagnosing psychiatrist (if different)</w:t>
            </w:r>
          </w:p>
        </w:tc>
        <w:tc>
          <w:tcPr>
            <w:tcW w:w="5040" w:type="dxa"/>
          </w:tcPr>
          <w:p w14:paraId="1C3CC257" w14:textId="77777777" w:rsidR="00F67DC9" w:rsidRDefault="00F67DC9"/>
        </w:tc>
      </w:tr>
      <w:tr w:rsidR="00F67DC9" w14:paraId="1A8EF7D3" w14:textId="77777777">
        <w:trPr>
          <w:jc w:val="center"/>
        </w:trPr>
        <w:tc>
          <w:tcPr>
            <w:tcW w:w="5040" w:type="dxa"/>
          </w:tcPr>
          <w:p w14:paraId="0A7171C9" w14:textId="77777777" w:rsidR="00F67DC9" w:rsidRDefault="00000000">
            <w:r>
              <w:t>Other professionals involved in your care</w:t>
            </w:r>
          </w:p>
        </w:tc>
        <w:tc>
          <w:tcPr>
            <w:tcW w:w="5040" w:type="dxa"/>
          </w:tcPr>
          <w:p w14:paraId="3D26F4ED" w14:textId="77777777" w:rsidR="00F67DC9" w:rsidRDefault="00F67DC9"/>
        </w:tc>
      </w:tr>
    </w:tbl>
    <w:p w14:paraId="79C61751" w14:textId="77777777" w:rsidR="00F67DC9" w:rsidRDefault="00F67DC9"/>
    <w:p w14:paraId="3F796B12" w14:textId="77777777" w:rsidR="00F67DC9" w:rsidRPr="00BA6A6F" w:rsidRDefault="00000000">
      <w:pPr>
        <w:rPr>
          <w:color w:val="4F81BD" w:themeColor="accent1"/>
        </w:rPr>
      </w:pPr>
      <w:r w:rsidRPr="00BA6A6F">
        <w:rPr>
          <w:b/>
          <w:color w:val="4F81BD" w:themeColor="accent1"/>
          <w:sz w:val="30"/>
        </w:rPr>
        <w:t>3. Your Health and Wellbeing</w:t>
      </w:r>
    </w:p>
    <w:p w14:paraId="300D7A11" w14:textId="77777777" w:rsidR="00F67DC9" w:rsidRDefault="00000000">
      <w:pPr>
        <w:rPr>
          <w:b/>
        </w:rPr>
      </w:pPr>
      <w:r>
        <w:rPr>
          <w:b/>
        </w:rPr>
        <w:t>Please describe your current mental health and any diagnoses you have received.</w:t>
      </w:r>
    </w:p>
    <w:p w14:paraId="1EC5DBB0" w14:textId="77777777" w:rsidR="0059167B" w:rsidRPr="00E510BC" w:rsidRDefault="0059167B" w:rsidP="0059167B">
      <w:pPr>
        <w:rPr>
          <w:lang w:val="en-GB"/>
        </w:rPr>
      </w:pPr>
      <w:r w:rsidRPr="00E510BC">
        <w:rPr>
          <w:lang w:val="en-GB"/>
        </w:rPr>
        <w:pict w14:anchorId="73C98CCD">
          <v:rect id="_x0000_i1063" style="width:0;height:1.5pt" o:hralign="center" o:hrstd="t" o:hr="t" fillcolor="#a0a0a0" stroked="f"/>
        </w:pict>
      </w:r>
    </w:p>
    <w:p w14:paraId="2789A2CA" w14:textId="77777777" w:rsidR="0059167B" w:rsidRPr="00E510BC" w:rsidRDefault="0059167B" w:rsidP="0059167B">
      <w:pPr>
        <w:rPr>
          <w:lang w:val="en-GB"/>
        </w:rPr>
      </w:pPr>
      <w:r w:rsidRPr="00E510BC">
        <w:rPr>
          <w:lang w:val="en-GB"/>
        </w:rPr>
        <w:pict w14:anchorId="162B8624">
          <v:rect id="_x0000_i1064" style="width:0;height:1.5pt" o:hralign="center" o:hrstd="t" o:hr="t" fillcolor="#a0a0a0" stroked="f"/>
        </w:pict>
      </w:r>
    </w:p>
    <w:p w14:paraId="0941E437" w14:textId="77777777" w:rsidR="00F67DC9" w:rsidRDefault="00000000">
      <w:pPr>
        <w:rPr>
          <w:b/>
        </w:rPr>
      </w:pPr>
      <w:r>
        <w:rPr>
          <w:b/>
        </w:rPr>
        <w:t>Please list your current medication (including dosage if known).</w:t>
      </w:r>
    </w:p>
    <w:p w14:paraId="4DBDD27A" w14:textId="77777777" w:rsidR="0059167B" w:rsidRPr="00E510BC" w:rsidRDefault="0059167B" w:rsidP="0059167B">
      <w:pPr>
        <w:rPr>
          <w:lang w:val="en-GB"/>
        </w:rPr>
      </w:pPr>
      <w:r w:rsidRPr="00E510BC">
        <w:rPr>
          <w:lang w:val="en-GB"/>
        </w:rPr>
        <w:pict w14:anchorId="661CC450">
          <v:rect id="_x0000_i1061" style="width:0;height:1.5pt" o:hralign="center" o:hrstd="t" o:hr="t" fillcolor="#a0a0a0" stroked="f"/>
        </w:pict>
      </w:r>
    </w:p>
    <w:p w14:paraId="0640820B" w14:textId="77777777" w:rsidR="0059167B" w:rsidRPr="00E510BC" w:rsidRDefault="0059167B" w:rsidP="0059167B">
      <w:pPr>
        <w:rPr>
          <w:lang w:val="en-GB"/>
        </w:rPr>
      </w:pPr>
      <w:r w:rsidRPr="00E510BC">
        <w:rPr>
          <w:lang w:val="en-GB"/>
        </w:rPr>
        <w:pict w14:anchorId="78A42F77">
          <v:rect id="_x0000_i1062" style="width:0;height:1.5pt" o:hralign="center" o:hrstd="t" o:hr="t" fillcolor="#a0a0a0" stroked="f"/>
        </w:pict>
      </w:r>
    </w:p>
    <w:p w14:paraId="03EECBA1" w14:textId="77777777" w:rsidR="00F67DC9" w:rsidRDefault="00000000">
      <w:pPr>
        <w:rPr>
          <w:b/>
        </w:rPr>
      </w:pPr>
      <w:r>
        <w:rPr>
          <w:b/>
        </w:rPr>
        <w:t>What therapies or treatments are you currently receiving?</w:t>
      </w:r>
    </w:p>
    <w:p w14:paraId="38A9C3EA" w14:textId="77777777" w:rsidR="0059167B" w:rsidRPr="00E510BC" w:rsidRDefault="0059167B" w:rsidP="0059167B">
      <w:pPr>
        <w:rPr>
          <w:lang w:val="en-GB"/>
        </w:rPr>
      </w:pPr>
      <w:r w:rsidRPr="00E510BC">
        <w:rPr>
          <w:lang w:val="en-GB"/>
        </w:rPr>
        <w:pict w14:anchorId="04410C47">
          <v:rect id="_x0000_i1059" style="width:0;height:1.5pt" o:hralign="center" o:hrstd="t" o:hr="t" fillcolor="#a0a0a0" stroked="f"/>
        </w:pict>
      </w:r>
    </w:p>
    <w:p w14:paraId="63CDB81B" w14:textId="77777777" w:rsidR="0059167B" w:rsidRPr="00E510BC" w:rsidRDefault="0059167B" w:rsidP="0059167B">
      <w:pPr>
        <w:rPr>
          <w:lang w:val="en-GB"/>
        </w:rPr>
      </w:pPr>
      <w:r w:rsidRPr="00E510BC">
        <w:rPr>
          <w:lang w:val="en-GB"/>
        </w:rPr>
        <w:pict w14:anchorId="4E80A794">
          <v:rect id="_x0000_i1060" style="width:0;height:1.5pt" o:hralign="center" o:hrstd="t" o:hr="t" fillcolor="#a0a0a0" stroked="f"/>
        </w:pict>
      </w:r>
    </w:p>
    <w:p w14:paraId="4093BD94" w14:textId="77777777" w:rsidR="00F67DC9" w:rsidRDefault="00000000">
      <w:pPr>
        <w:rPr>
          <w:b/>
        </w:rPr>
      </w:pPr>
      <w:r>
        <w:rPr>
          <w:b/>
        </w:rPr>
        <w:t>What support do you currently receive from family, friends or services?</w:t>
      </w:r>
    </w:p>
    <w:p w14:paraId="18B2B1C0" w14:textId="77777777" w:rsidR="0059167B" w:rsidRPr="00E510BC" w:rsidRDefault="0059167B" w:rsidP="0059167B">
      <w:pPr>
        <w:rPr>
          <w:lang w:val="en-GB"/>
        </w:rPr>
      </w:pPr>
      <w:r w:rsidRPr="00E510BC">
        <w:rPr>
          <w:lang w:val="en-GB"/>
        </w:rPr>
        <w:pict w14:anchorId="1E937C3D">
          <v:rect id="_x0000_i1057" style="width:0;height:1.5pt" o:hralign="center" o:hrstd="t" o:hr="t" fillcolor="#a0a0a0" stroked="f"/>
        </w:pict>
      </w:r>
    </w:p>
    <w:p w14:paraId="1A59DB5C" w14:textId="77777777" w:rsidR="0059167B" w:rsidRPr="00E510BC" w:rsidRDefault="0059167B" w:rsidP="0059167B">
      <w:pPr>
        <w:rPr>
          <w:lang w:val="en-GB"/>
        </w:rPr>
      </w:pPr>
      <w:r w:rsidRPr="00E510BC">
        <w:rPr>
          <w:lang w:val="en-GB"/>
        </w:rPr>
        <w:pict w14:anchorId="1B11E609">
          <v:rect id="_x0000_i1058" style="width:0;height:1.5pt" o:hralign="center" o:hrstd="t" o:hr="t" fillcolor="#a0a0a0" stroked="f"/>
        </w:pict>
      </w:r>
    </w:p>
    <w:p w14:paraId="5AE32BAD" w14:textId="317EFAF8" w:rsidR="00F67DC9" w:rsidRDefault="00000000">
      <w:pPr>
        <w:rPr>
          <w:b/>
        </w:rPr>
      </w:pPr>
      <w:r>
        <w:rPr>
          <w:b/>
        </w:rPr>
        <w:lastRenderedPageBreak/>
        <w:t xml:space="preserve">Please tell us about any Mental Health Act detentions, voluntary </w:t>
      </w:r>
      <w:r w:rsidR="00BA6A6F">
        <w:rPr>
          <w:b/>
        </w:rPr>
        <w:t xml:space="preserve">hospital </w:t>
      </w:r>
      <w:r>
        <w:rPr>
          <w:b/>
        </w:rPr>
        <w:t>admissions or Compulsory Treatment Orders.</w:t>
      </w:r>
    </w:p>
    <w:p w14:paraId="0AF847DB" w14:textId="77777777" w:rsidR="0059167B" w:rsidRPr="00E510BC" w:rsidRDefault="0059167B" w:rsidP="0059167B">
      <w:pPr>
        <w:rPr>
          <w:lang w:val="en-GB"/>
        </w:rPr>
      </w:pPr>
      <w:r w:rsidRPr="00E510BC">
        <w:rPr>
          <w:lang w:val="en-GB"/>
        </w:rPr>
        <w:pict w14:anchorId="767B79BC">
          <v:rect id="_x0000_i1055" style="width:0;height:1.5pt" o:hralign="center" o:hrstd="t" o:hr="t" fillcolor="#a0a0a0" stroked="f"/>
        </w:pict>
      </w:r>
    </w:p>
    <w:p w14:paraId="71E94F48" w14:textId="77777777" w:rsidR="0059167B" w:rsidRPr="00E510BC" w:rsidRDefault="0059167B" w:rsidP="0059167B">
      <w:pPr>
        <w:rPr>
          <w:lang w:val="en-GB"/>
        </w:rPr>
      </w:pPr>
      <w:r w:rsidRPr="00E510BC">
        <w:rPr>
          <w:lang w:val="en-GB"/>
        </w:rPr>
        <w:pict w14:anchorId="79FA1B5A">
          <v:rect id="_x0000_i1056" style="width:0;height:1.5pt" o:hralign="center" o:hrstd="t" o:hr="t" fillcolor="#a0a0a0" stroked="f"/>
        </w:pict>
      </w:r>
    </w:p>
    <w:p w14:paraId="6062B274" w14:textId="77777777" w:rsidR="00F67DC9" w:rsidRDefault="00000000">
      <w:pPr>
        <w:rPr>
          <w:b/>
        </w:rPr>
      </w:pPr>
      <w:r>
        <w:rPr>
          <w:b/>
        </w:rPr>
        <w:t>To help us understand whether we can safely support you, please tell us about any current or previous difficulties with drugs, alcohol, self-harm or suicidal thoughts or behaviours.</w:t>
      </w:r>
    </w:p>
    <w:p w14:paraId="1F17072D" w14:textId="77777777" w:rsidR="0059167B" w:rsidRPr="00E510BC" w:rsidRDefault="0059167B" w:rsidP="0059167B">
      <w:pPr>
        <w:rPr>
          <w:lang w:val="en-GB"/>
        </w:rPr>
      </w:pPr>
      <w:r w:rsidRPr="00E510BC">
        <w:rPr>
          <w:lang w:val="en-GB"/>
        </w:rPr>
        <w:pict w14:anchorId="642876D2">
          <v:rect id="_x0000_i1053" style="width:0;height:1.5pt" o:hralign="center" o:hrstd="t" o:hr="t" fillcolor="#a0a0a0" stroked="f"/>
        </w:pict>
      </w:r>
    </w:p>
    <w:p w14:paraId="517AFE52" w14:textId="77777777" w:rsidR="0059167B" w:rsidRPr="00E510BC" w:rsidRDefault="0059167B" w:rsidP="0059167B">
      <w:pPr>
        <w:rPr>
          <w:lang w:val="en-GB"/>
        </w:rPr>
      </w:pPr>
      <w:r w:rsidRPr="00E510BC">
        <w:rPr>
          <w:lang w:val="en-GB"/>
        </w:rPr>
        <w:pict w14:anchorId="7F6349E6">
          <v:rect id="_x0000_i1054" style="width:0;height:1.5pt" o:hralign="center" o:hrstd="t" o:hr="t" fillcolor="#a0a0a0" stroked="f"/>
        </w:pict>
      </w:r>
    </w:p>
    <w:p w14:paraId="770DBB9F" w14:textId="77777777" w:rsidR="00F67DC9" w:rsidRDefault="00000000">
      <w:pPr>
        <w:rPr>
          <w:b/>
        </w:rPr>
      </w:pPr>
      <w:r>
        <w:rPr>
          <w:b/>
        </w:rPr>
        <w:t>Please tell us about any significant physical health conditions or disabilities.</w:t>
      </w:r>
    </w:p>
    <w:p w14:paraId="0BF568DB" w14:textId="77777777" w:rsidR="0059167B" w:rsidRPr="00E510BC" w:rsidRDefault="0059167B" w:rsidP="0059167B">
      <w:pPr>
        <w:rPr>
          <w:lang w:val="en-GB"/>
        </w:rPr>
      </w:pPr>
      <w:r w:rsidRPr="00E510BC">
        <w:rPr>
          <w:lang w:val="en-GB"/>
        </w:rPr>
        <w:pict w14:anchorId="69366A51">
          <v:rect id="_x0000_i1051" style="width:0;height:1.5pt" o:hralign="center" o:hrstd="t" o:hr="t" fillcolor="#a0a0a0" stroked="f"/>
        </w:pict>
      </w:r>
    </w:p>
    <w:p w14:paraId="60C44218" w14:textId="77777777" w:rsidR="0059167B" w:rsidRPr="00E510BC" w:rsidRDefault="0059167B" w:rsidP="0059167B">
      <w:pPr>
        <w:rPr>
          <w:lang w:val="en-GB"/>
        </w:rPr>
      </w:pPr>
      <w:r w:rsidRPr="00E510BC">
        <w:rPr>
          <w:lang w:val="en-GB"/>
        </w:rPr>
        <w:pict w14:anchorId="6799A254">
          <v:rect id="_x0000_i1052" style="width:0;height:1.5pt" o:hralign="center" o:hrstd="t" o:hr="t" fillcolor="#a0a0a0" stroked="f"/>
        </w:pict>
      </w:r>
    </w:p>
    <w:p w14:paraId="3A75BD02" w14:textId="77777777" w:rsidR="00F67DC9" w:rsidRPr="00BA6A6F" w:rsidRDefault="00000000">
      <w:pPr>
        <w:rPr>
          <w:color w:val="4F81BD" w:themeColor="accent1"/>
        </w:rPr>
      </w:pPr>
      <w:r w:rsidRPr="00BA6A6F">
        <w:rPr>
          <w:b/>
          <w:color w:val="4F81BD" w:themeColor="accent1"/>
          <w:sz w:val="30"/>
        </w:rPr>
        <w:t>4. Life at Lothlorien</w:t>
      </w:r>
    </w:p>
    <w:p w14:paraId="51E0C79F" w14:textId="77777777" w:rsidR="00F67DC9" w:rsidRDefault="00000000">
      <w:pPr>
        <w:rPr>
          <w:b/>
        </w:rPr>
      </w:pPr>
      <w:r>
        <w:rPr>
          <w:b/>
        </w:rPr>
        <w:t>Life at Lothlorien includes around three hours of gardening and outdoor activity on most weekdays. How do you feel about taking part? Please include any physical limitations.</w:t>
      </w:r>
    </w:p>
    <w:p w14:paraId="10251927" w14:textId="77777777" w:rsidR="0059167B" w:rsidRPr="00E510BC" w:rsidRDefault="0059167B" w:rsidP="0059167B">
      <w:pPr>
        <w:rPr>
          <w:lang w:val="en-GB"/>
        </w:rPr>
      </w:pPr>
      <w:r w:rsidRPr="00E510BC">
        <w:rPr>
          <w:lang w:val="en-GB"/>
        </w:rPr>
        <w:pict w14:anchorId="771B83E5">
          <v:rect id="_x0000_i1049" style="width:0;height:1.5pt" o:hralign="center" o:hrstd="t" o:hr="t" fillcolor="#a0a0a0" stroked="f"/>
        </w:pict>
      </w:r>
    </w:p>
    <w:p w14:paraId="7A42A164" w14:textId="77777777" w:rsidR="0059167B" w:rsidRPr="00E510BC" w:rsidRDefault="0059167B" w:rsidP="0059167B">
      <w:pPr>
        <w:rPr>
          <w:lang w:val="en-GB"/>
        </w:rPr>
      </w:pPr>
      <w:r w:rsidRPr="00E510BC">
        <w:rPr>
          <w:lang w:val="en-GB"/>
        </w:rPr>
        <w:pict w14:anchorId="759FD7C2">
          <v:rect id="_x0000_i1050" style="width:0;height:1.5pt" o:hralign="center" o:hrstd="t" o:hr="t" fillcolor="#a0a0a0" stroked="f"/>
        </w:pict>
      </w:r>
    </w:p>
    <w:p w14:paraId="0067EDF8" w14:textId="77777777" w:rsidR="00F67DC9" w:rsidRDefault="00000000">
      <w:pPr>
        <w:rPr>
          <w:b/>
        </w:rPr>
      </w:pPr>
      <w:r>
        <w:rPr>
          <w:b/>
        </w:rPr>
        <w:t>Previous employment, education, training or volunteering.</w:t>
      </w:r>
    </w:p>
    <w:p w14:paraId="04D243E5" w14:textId="77777777" w:rsidR="0059167B" w:rsidRPr="00E510BC" w:rsidRDefault="0059167B" w:rsidP="0059167B">
      <w:pPr>
        <w:rPr>
          <w:lang w:val="en-GB"/>
        </w:rPr>
      </w:pPr>
      <w:r w:rsidRPr="00E510BC">
        <w:rPr>
          <w:lang w:val="en-GB"/>
        </w:rPr>
        <w:pict w14:anchorId="17357979">
          <v:rect id="_x0000_i1047" style="width:0;height:1.5pt" o:hralign="center" o:hrstd="t" o:hr="t" fillcolor="#a0a0a0" stroked="f"/>
        </w:pict>
      </w:r>
    </w:p>
    <w:p w14:paraId="118359DF" w14:textId="77777777" w:rsidR="0059167B" w:rsidRPr="00E510BC" w:rsidRDefault="0059167B" w:rsidP="0059167B">
      <w:pPr>
        <w:rPr>
          <w:lang w:val="en-GB"/>
        </w:rPr>
      </w:pPr>
      <w:r w:rsidRPr="00E510BC">
        <w:rPr>
          <w:lang w:val="en-GB"/>
        </w:rPr>
        <w:pict w14:anchorId="7981D4EB">
          <v:rect id="_x0000_i1048" style="width:0;height:1.5pt" o:hralign="center" o:hrstd="t" o:hr="t" fillcolor="#a0a0a0" stroked="f"/>
        </w:pict>
      </w:r>
    </w:p>
    <w:p w14:paraId="3FA96737" w14:textId="5721003E" w:rsidR="00F67DC9" w:rsidRDefault="00000000">
      <w:pPr>
        <w:rPr>
          <w:b/>
        </w:rPr>
      </w:pPr>
      <w:r>
        <w:rPr>
          <w:b/>
        </w:rPr>
        <w:t>Hobbies, interests and strengths</w:t>
      </w:r>
      <w:r w:rsidR="00BA6A6F">
        <w:rPr>
          <w:b/>
        </w:rPr>
        <w:t>.</w:t>
      </w:r>
    </w:p>
    <w:p w14:paraId="0B13F718" w14:textId="77777777" w:rsidR="0059167B" w:rsidRPr="00E510BC" w:rsidRDefault="0059167B" w:rsidP="0059167B">
      <w:pPr>
        <w:rPr>
          <w:lang w:val="en-GB"/>
        </w:rPr>
      </w:pPr>
      <w:r w:rsidRPr="00E510BC">
        <w:rPr>
          <w:lang w:val="en-GB"/>
        </w:rPr>
        <w:pict w14:anchorId="04151FBF">
          <v:rect id="_x0000_i1045" style="width:0;height:1.5pt" o:hralign="center" o:hrstd="t" o:hr="t" fillcolor="#a0a0a0" stroked="f"/>
        </w:pict>
      </w:r>
    </w:p>
    <w:p w14:paraId="17FB1A87" w14:textId="77777777" w:rsidR="0059167B" w:rsidRPr="00E510BC" w:rsidRDefault="0059167B" w:rsidP="0059167B">
      <w:pPr>
        <w:rPr>
          <w:lang w:val="en-GB"/>
        </w:rPr>
      </w:pPr>
      <w:r w:rsidRPr="00E510BC">
        <w:rPr>
          <w:lang w:val="en-GB"/>
        </w:rPr>
        <w:pict w14:anchorId="396FA4D9">
          <v:rect id="_x0000_i1046" style="width:0;height:1.5pt" o:hralign="center" o:hrstd="t" o:hr="t" fillcolor="#a0a0a0" stroked="f"/>
        </w:pict>
      </w:r>
    </w:p>
    <w:p w14:paraId="1004B56A" w14:textId="77777777" w:rsidR="00F67DC9" w:rsidRDefault="00000000">
      <w:pPr>
        <w:rPr>
          <w:b/>
        </w:rPr>
      </w:pPr>
      <w:r>
        <w:rPr>
          <w:b/>
        </w:rPr>
        <w:t>Why would you like to come to Lothlorien? What do you hope to gain, and what do you hope to contribute to the community?</w:t>
      </w:r>
    </w:p>
    <w:p w14:paraId="32833DE4" w14:textId="77777777" w:rsidR="0059167B" w:rsidRPr="00E510BC" w:rsidRDefault="0059167B" w:rsidP="0059167B">
      <w:pPr>
        <w:rPr>
          <w:lang w:val="en-GB"/>
        </w:rPr>
      </w:pPr>
      <w:r w:rsidRPr="00E510BC">
        <w:rPr>
          <w:lang w:val="en-GB"/>
        </w:rPr>
        <w:pict w14:anchorId="45707CA8">
          <v:rect id="_x0000_i1043" style="width:0;height:1.5pt" o:hralign="center" o:hrstd="t" o:hr="t" fillcolor="#a0a0a0" stroked="f"/>
        </w:pict>
      </w:r>
    </w:p>
    <w:p w14:paraId="6FEA2187" w14:textId="77777777" w:rsidR="0059167B" w:rsidRPr="00E510BC" w:rsidRDefault="0059167B" w:rsidP="0059167B">
      <w:pPr>
        <w:rPr>
          <w:lang w:val="en-GB"/>
        </w:rPr>
      </w:pPr>
      <w:r w:rsidRPr="00E510BC">
        <w:rPr>
          <w:lang w:val="en-GB"/>
        </w:rPr>
        <w:pict w14:anchorId="076B17F8">
          <v:rect id="_x0000_i1044" style="width:0;height:1.5pt" o:hralign="center" o:hrstd="t" o:hr="t" fillcolor="#a0a0a0" stroked="f"/>
        </w:pict>
      </w:r>
    </w:p>
    <w:p w14:paraId="2B35E5FD" w14:textId="77777777" w:rsidR="00F67DC9" w:rsidRDefault="00000000">
      <w:pPr>
        <w:rPr>
          <w:b/>
        </w:rPr>
      </w:pPr>
      <w:r>
        <w:rPr>
          <w:b/>
        </w:rPr>
        <w:t>Have you ever been convicted of a criminal offence? If yes, please provide details.</w:t>
      </w:r>
    </w:p>
    <w:p w14:paraId="12C8EF87" w14:textId="77777777" w:rsidR="0059167B" w:rsidRPr="00E510BC" w:rsidRDefault="0059167B" w:rsidP="0059167B">
      <w:pPr>
        <w:rPr>
          <w:lang w:val="en-GB"/>
        </w:rPr>
      </w:pPr>
      <w:r w:rsidRPr="00E510BC">
        <w:rPr>
          <w:lang w:val="en-GB"/>
        </w:rPr>
        <w:pict w14:anchorId="266AE70E">
          <v:rect id="_x0000_i1041" style="width:0;height:1.5pt" o:hralign="center" o:hrstd="t" o:hr="t" fillcolor="#a0a0a0" stroked="f"/>
        </w:pict>
      </w:r>
    </w:p>
    <w:p w14:paraId="4199D440" w14:textId="77777777" w:rsidR="0059167B" w:rsidRPr="00E510BC" w:rsidRDefault="0059167B" w:rsidP="0059167B">
      <w:pPr>
        <w:rPr>
          <w:lang w:val="en-GB"/>
        </w:rPr>
      </w:pPr>
      <w:r w:rsidRPr="00E510BC">
        <w:rPr>
          <w:lang w:val="en-GB"/>
        </w:rPr>
        <w:pict w14:anchorId="6E2EC1AD">
          <v:rect id="_x0000_i1042" style="width:0;height:1.5pt" o:hralign="center" o:hrstd="t" o:hr="t" fillcolor="#a0a0a0" stroked="f"/>
        </w:pict>
      </w:r>
    </w:p>
    <w:p w14:paraId="3DD65862" w14:textId="77777777" w:rsidR="00F67DC9" w:rsidRPr="00BA6A6F" w:rsidRDefault="00000000">
      <w:pPr>
        <w:rPr>
          <w:color w:val="4F81BD" w:themeColor="accent1"/>
        </w:rPr>
      </w:pPr>
      <w:r w:rsidRPr="00BA6A6F">
        <w:rPr>
          <w:b/>
          <w:color w:val="4F81BD" w:themeColor="accent1"/>
          <w:sz w:val="30"/>
        </w:rPr>
        <w:lastRenderedPageBreak/>
        <w:t>5. Healthcare References</w:t>
      </w:r>
    </w:p>
    <w:p w14:paraId="63097B5F" w14:textId="77777777" w:rsidR="00F67DC9" w:rsidRDefault="00000000">
      <w:r>
        <w:t>Please provide details of two healthcare professionals who have supported your mental health within the last three months.</w:t>
      </w:r>
    </w:p>
    <w:p w14:paraId="7DCEC832" w14:textId="77777777" w:rsidR="00F67DC9" w:rsidRDefault="00000000">
      <w:pPr>
        <w:pStyle w:val="Heading3"/>
      </w:pPr>
      <w:r>
        <w:t>Reference 1</w:t>
      </w:r>
    </w:p>
    <w:tbl>
      <w:tblPr>
        <w:tblStyle w:val="TableGrid"/>
        <w:tblW w:w="0" w:type="auto"/>
        <w:jc w:val="center"/>
        <w:tblLook w:val="04A0" w:firstRow="1" w:lastRow="0" w:firstColumn="1" w:lastColumn="0" w:noHBand="0" w:noVBand="1"/>
      </w:tblPr>
      <w:tblGrid>
        <w:gridCol w:w="5036"/>
        <w:gridCol w:w="5034"/>
      </w:tblGrid>
      <w:tr w:rsidR="00F67DC9" w14:paraId="33E74E11" w14:textId="77777777">
        <w:trPr>
          <w:jc w:val="center"/>
        </w:trPr>
        <w:tc>
          <w:tcPr>
            <w:tcW w:w="5040" w:type="dxa"/>
          </w:tcPr>
          <w:p w14:paraId="00E31A75" w14:textId="77777777" w:rsidR="00F67DC9" w:rsidRDefault="00000000">
            <w:r>
              <w:t>Name</w:t>
            </w:r>
          </w:p>
        </w:tc>
        <w:tc>
          <w:tcPr>
            <w:tcW w:w="5040" w:type="dxa"/>
          </w:tcPr>
          <w:p w14:paraId="237AAA63" w14:textId="77777777" w:rsidR="00F67DC9" w:rsidRDefault="00F67DC9"/>
        </w:tc>
      </w:tr>
      <w:tr w:rsidR="00F67DC9" w14:paraId="196C7216" w14:textId="77777777">
        <w:trPr>
          <w:jc w:val="center"/>
        </w:trPr>
        <w:tc>
          <w:tcPr>
            <w:tcW w:w="5040" w:type="dxa"/>
          </w:tcPr>
          <w:p w14:paraId="4BAAA6B3" w14:textId="77777777" w:rsidR="00F67DC9" w:rsidRDefault="00000000">
            <w:r>
              <w:t>Role</w:t>
            </w:r>
          </w:p>
        </w:tc>
        <w:tc>
          <w:tcPr>
            <w:tcW w:w="5040" w:type="dxa"/>
          </w:tcPr>
          <w:p w14:paraId="6CC9EBEA" w14:textId="77777777" w:rsidR="00F67DC9" w:rsidRDefault="00F67DC9"/>
        </w:tc>
      </w:tr>
      <w:tr w:rsidR="00F67DC9" w14:paraId="63EB71DF" w14:textId="77777777">
        <w:trPr>
          <w:jc w:val="center"/>
        </w:trPr>
        <w:tc>
          <w:tcPr>
            <w:tcW w:w="5040" w:type="dxa"/>
          </w:tcPr>
          <w:p w14:paraId="7061760E" w14:textId="77777777" w:rsidR="00F67DC9" w:rsidRDefault="00000000">
            <w:r>
              <w:t>Organisation</w:t>
            </w:r>
          </w:p>
        </w:tc>
        <w:tc>
          <w:tcPr>
            <w:tcW w:w="5040" w:type="dxa"/>
          </w:tcPr>
          <w:p w14:paraId="65FADC89" w14:textId="77777777" w:rsidR="00F67DC9" w:rsidRDefault="00F67DC9"/>
        </w:tc>
      </w:tr>
      <w:tr w:rsidR="00F67DC9" w14:paraId="224341CA" w14:textId="77777777">
        <w:trPr>
          <w:jc w:val="center"/>
        </w:trPr>
        <w:tc>
          <w:tcPr>
            <w:tcW w:w="5040" w:type="dxa"/>
          </w:tcPr>
          <w:p w14:paraId="5A7C6CC0" w14:textId="77777777" w:rsidR="00F67DC9" w:rsidRDefault="00000000">
            <w:r>
              <w:t>Telephone</w:t>
            </w:r>
          </w:p>
        </w:tc>
        <w:tc>
          <w:tcPr>
            <w:tcW w:w="5040" w:type="dxa"/>
          </w:tcPr>
          <w:p w14:paraId="7264DB70" w14:textId="77777777" w:rsidR="00F67DC9" w:rsidRDefault="00F67DC9"/>
        </w:tc>
      </w:tr>
      <w:tr w:rsidR="00F67DC9" w14:paraId="7223A73C" w14:textId="77777777">
        <w:trPr>
          <w:jc w:val="center"/>
        </w:trPr>
        <w:tc>
          <w:tcPr>
            <w:tcW w:w="5040" w:type="dxa"/>
          </w:tcPr>
          <w:p w14:paraId="093F9DA8" w14:textId="77777777" w:rsidR="00F67DC9" w:rsidRDefault="00000000">
            <w:r>
              <w:t>Email</w:t>
            </w:r>
          </w:p>
        </w:tc>
        <w:tc>
          <w:tcPr>
            <w:tcW w:w="5040" w:type="dxa"/>
          </w:tcPr>
          <w:p w14:paraId="688FDD24" w14:textId="77777777" w:rsidR="00F67DC9" w:rsidRDefault="00F67DC9"/>
        </w:tc>
      </w:tr>
      <w:tr w:rsidR="00F67DC9" w14:paraId="405A6FF2" w14:textId="77777777">
        <w:trPr>
          <w:jc w:val="center"/>
        </w:trPr>
        <w:tc>
          <w:tcPr>
            <w:tcW w:w="5040" w:type="dxa"/>
          </w:tcPr>
          <w:p w14:paraId="5CD39DFC" w14:textId="77777777" w:rsidR="00F67DC9" w:rsidRDefault="00000000">
            <w:r>
              <w:t>Address</w:t>
            </w:r>
          </w:p>
        </w:tc>
        <w:tc>
          <w:tcPr>
            <w:tcW w:w="5040" w:type="dxa"/>
          </w:tcPr>
          <w:p w14:paraId="3D60A9AF" w14:textId="77777777" w:rsidR="00F67DC9" w:rsidRDefault="00F67DC9"/>
        </w:tc>
      </w:tr>
    </w:tbl>
    <w:p w14:paraId="68857ACB" w14:textId="77777777" w:rsidR="00F67DC9" w:rsidRDefault="00F67DC9"/>
    <w:p w14:paraId="63C49C74" w14:textId="77777777" w:rsidR="00F67DC9" w:rsidRDefault="00000000">
      <w:pPr>
        <w:pStyle w:val="Heading3"/>
      </w:pPr>
      <w:r>
        <w:t>Reference 2</w:t>
      </w:r>
    </w:p>
    <w:tbl>
      <w:tblPr>
        <w:tblStyle w:val="TableGrid"/>
        <w:tblW w:w="0" w:type="auto"/>
        <w:jc w:val="center"/>
        <w:tblLook w:val="04A0" w:firstRow="1" w:lastRow="0" w:firstColumn="1" w:lastColumn="0" w:noHBand="0" w:noVBand="1"/>
      </w:tblPr>
      <w:tblGrid>
        <w:gridCol w:w="5036"/>
        <w:gridCol w:w="5034"/>
      </w:tblGrid>
      <w:tr w:rsidR="00F67DC9" w14:paraId="2E73BEB6" w14:textId="77777777">
        <w:trPr>
          <w:jc w:val="center"/>
        </w:trPr>
        <w:tc>
          <w:tcPr>
            <w:tcW w:w="5040" w:type="dxa"/>
          </w:tcPr>
          <w:p w14:paraId="08B2FEC3" w14:textId="77777777" w:rsidR="00F67DC9" w:rsidRDefault="00000000">
            <w:r>
              <w:t>Name</w:t>
            </w:r>
          </w:p>
        </w:tc>
        <w:tc>
          <w:tcPr>
            <w:tcW w:w="5040" w:type="dxa"/>
          </w:tcPr>
          <w:p w14:paraId="55E4328A" w14:textId="77777777" w:rsidR="00F67DC9" w:rsidRDefault="00F67DC9"/>
        </w:tc>
      </w:tr>
      <w:tr w:rsidR="00F67DC9" w14:paraId="2E627FEF" w14:textId="77777777">
        <w:trPr>
          <w:jc w:val="center"/>
        </w:trPr>
        <w:tc>
          <w:tcPr>
            <w:tcW w:w="5040" w:type="dxa"/>
          </w:tcPr>
          <w:p w14:paraId="29681925" w14:textId="77777777" w:rsidR="00F67DC9" w:rsidRDefault="00000000">
            <w:r>
              <w:t>Role</w:t>
            </w:r>
          </w:p>
        </w:tc>
        <w:tc>
          <w:tcPr>
            <w:tcW w:w="5040" w:type="dxa"/>
          </w:tcPr>
          <w:p w14:paraId="19996FCB" w14:textId="77777777" w:rsidR="00F67DC9" w:rsidRDefault="00F67DC9"/>
        </w:tc>
      </w:tr>
      <w:tr w:rsidR="00F67DC9" w14:paraId="53DE53D2" w14:textId="77777777">
        <w:trPr>
          <w:jc w:val="center"/>
        </w:trPr>
        <w:tc>
          <w:tcPr>
            <w:tcW w:w="5040" w:type="dxa"/>
          </w:tcPr>
          <w:p w14:paraId="13D2CEB7" w14:textId="77777777" w:rsidR="00F67DC9" w:rsidRDefault="00000000">
            <w:r>
              <w:t>Organisation</w:t>
            </w:r>
          </w:p>
        </w:tc>
        <w:tc>
          <w:tcPr>
            <w:tcW w:w="5040" w:type="dxa"/>
          </w:tcPr>
          <w:p w14:paraId="1951029F" w14:textId="77777777" w:rsidR="00F67DC9" w:rsidRDefault="00F67DC9"/>
        </w:tc>
      </w:tr>
      <w:tr w:rsidR="00F67DC9" w14:paraId="6FB0DC13" w14:textId="77777777">
        <w:trPr>
          <w:jc w:val="center"/>
        </w:trPr>
        <w:tc>
          <w:tcPr>
            <w:tcW w:w="5040" w:type="dxa"/>
          </w:tcPr>
          <w:p w14:paraId="134272C3" w14:textId="77777777" w:rsidR="00F67DC9" w:rsidRDefault="00000000">
            <w:r>
              <w:t>Telephone</w:t>
            </w:r>
          </w:p>
        </w:tc>
        <w:tc>
          <w:tcPr>
            <w:tcW w:w="5040" w:type="dxa"/>
          </w:tcPr>
          <w:p w14:paraId="773963A6" w14:textId="77777777" w:rsidR="00F67DC9" w:rsidRDefault="00F67DC9"/>
        </w:tc>
      </w:tr>
      <w:tr w:rsidR="00F67DC9" w14:paraId="2E56FD74" w14:textId="77777777">
        <w:trPr>
          <w:jc w:val="center"/>
        </w:trPr>
        <w:tc>
          <w:tcPr>
            <w:tcW w:w="5040" w:type="dxa"/>
          </w:tcPr>
          <w:p w14:paraId="6EF7C002" w14:textId="77777777" w:rsidR="00F67DC9" w:rsidRDefault="00000000">
            <w:r>
              <w:t>Email</w:t>
            </w:r>
          </w:p>
        </w:tc>
        <w:tc>
          <w:tcPr>
            <w:tcW w:w="5040" w:type="dxa"/>
          </w:tcPr>
          <w:p w14:paraId="318DF75A" w14:textId="77777777" w:rsidR="00F67DC9" w:rsidRDefault="00F67DC9"/>
        </w:tc>
      </w:tr>
      <w:tr w:rsidR="00F67DC9" w14:paraId="2F9AA4F0" w14:textId="77777777">
        <w:trPr>
          <w:jc w:val="center"/>
        </w:trPr>
        <w:tc>
          <w:tcPr>
            <w:tcW w:w="5040" w:type="dxa"/>
          </w:tcPr>
          <w:p w14:paraId="5A462919" w14:textId="77777777" w:rsidR="00F67DC9" w:rsidRDefault="00000000">
            <w:r>
              <w:t>Address</w:t>
            </w:r>
          </w:p>
        </w:tc>
        <w:tc>
          <w:tcPr>
            <w:tcW w:w="5040" w:type="dxa"/>
          </w:tcPr>
          <w:p w14:paraId="50A39BBE" w14:textId="77777777" w:rsidR="00F67DC9" w:rsidRDefault="00F67DC9"/>
        </w:tc>
      </w:tr>
    </w:tbl>
    <w:p w14:paraId="5AB647A7" w14:textId="77777777" w:rsidR="00F67DC9" w:rsidRDefault="00F67DC9"/>
    <w:p w14:paraId="697AADB6" w14:textId="77777777" w:rsidR="00E510BC" w:rsidRPr="00E510BC" w:rsidRDefault="00E510BC" w:rsidP="00E510BC">
      <w:pPr>
        <w:rPr>
          <w:b/>
          <w:bCs/>
          <w:color w:val="4F81BD" w:themeColor="accent1"/>
          <w:sz w:val="30"/>
          <w:szCs w:val="30"/>
          <w:lang w:val="en-GB"/>
        </w:rPr>
      </w:pPr>
      <w:r w:rsidRPr="00E510BC">
        <w:rPr>
          <w:b/>
          <w:bCs/>
          <w:color w:val="4F81BD" w:themeColor="accent1"/>
          <w:sz w:val="30"/>
          <w:szCs w:val="30"/>
          <w:lang w:val="en-GB"/>
        </w:rPr>
        <w:t>6. Funding and Financial Circumstances</w:t>
      </w:r>
    </w:p>
    <w:p w14:paraId="226708C5" w14:textId="41D6D1E1" w:rsidR="00E510BC" w:rsidRPr="0059167B" w:rsidRDefault="0059167B" w:rsidP="00E510BC">
      <w:pPr>
        <w:rPr>
          <w:b/>
          <w:bCs/>
          <w:lang w:val="en-GB"/>
        </w:rPr>
      </w:pPr>
      <w:r w:rsidRPr="0059167B">
        <w:rPr>
          <w:b/>
          <w:bCs/>
        </w:rPr>
        <w:t>Please complete this section to the best of your ability. This information helps us understand your financial circumstances and consider the funding options that may be available. If you are unsure of any amounts, please provide your best estimate.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5"/>
        <w:gridCol w:w="1807"/>
        <w:gridCol w:w="2578"/>
      </w:tblGrid>
      <w:tr w:rsidR="00E510BC" w:rsidRPr="00E510BC" w14:paraId="2C41A494" w14:textId="77777777">
        <w:trPr>
          <w:tblHeader/>
          <w:tblCellSpacing w:w="15" w:type="dxa"/>
        </w:trPr>
        <w:tc>
          <w:tcPr>
            <w:tcW w:w="0" w:type="auto"/>
            <w:vAlign w:val="center"/>
            <w:hideMark/>
          </w:tcPr>
          <w:p w14:paraId="65C82563" w14:textId="77777777" w:rsidR="00E510BC" w:rsidRPr="00E510BC" w:rsidRDefault="00E510BC" w:rsidP="00E510BC">
            <w:pPr>
              <w:rPr>
                <w:b/>
                <w:bCs/>
                <w:lang w:val="en-GB"/>
              </w:rPr>
            </w:pPr>
            <w:r w:rsidRPr="00E510BC">
              <w:rPr>
                <w:b/>
                <w:bCs/>
                <w:lang w:val="en-GB"/>
              </w:rPr>
              <w:t>Benefit or Income</w:t>
            </w:r>
          </w:p>
        </w:tc>
        <w:tc>
          <w:tcPr>
            <w:tcW w:w="0" w:type="auto"/>
            <w:vAlign w:val="center"/>
            <w:hideMark/>
          </w:tcPr>
          <w:p w14:paraId="4A4F2D2B" w14:textId="77777777" w:rsidR="00E510BC" w:rsidRPr="00E510BC" w:rsidRDefault="00E510BC" w:rsidP="00E510BC">
            <w:pPr>
              <w:rPr>
                <w:b/>
                <w:bCs/>
                <w:lang w:val="en-GB"/>
              </w:rPr>
            </w:pPr>
            <w:r w:rsidRPr="00E510BC">
              <w:rPr>
                <w:b/>
                <w:bCs/>
                <w:lang w:val="en-GB"/>
              </w:rPr>
              <w:t>Do you receive this?</w:t>
            </w:r>
          </w:p>
        </w:tc>
        <w:tc>
          <w:tcPr>
            <w:tcW w:w="0" w:type="auto"/>
            <w:vAlign w:val="center"/>
            <w:hideMark/>
          </w:tcPr>
          <w:p w14:paraId="5A849B2B" w14:textId="77777777" w:rsidR="00E510BC" w:rsidRPr="00E510BC" w:rsidRDefault="00E510BC" w:rsidP="00E510BC">
            <w:pPr>
              <w:rPr>
                <w:b/>
                <w:bCs/>
                <w:lang w:val="en-GB"/>
              </w:rPr>
            </w:pPr>
            <w:r w:rsidRPr="00E510BC">
              <w:rPr>
                <w:b/>
                <w:bCs/>
                <w:lang w:val="en-GB"/>
              </w:rPr>
              <w:t>Amount (per week or month)</w:t>
            </w:r>
          </w:p>
        </w:tc>
      </w:tr>
      <w:tr w:rsidR="00E510BC" w:rsidRPr="00E510BC" w14:paraId="3F9A75D9" w14:textId="77777777">
        <w:trPr>
          <w:tblCellSpacing w:w="15" w:type="dxa"/>
        </w:trPr>
        <w:tc>
          <w:tcPr>
            <w:tcW w:w="0" w:type="auto"/>
            <w:vAlign w:val="center"/>
            <w:hideMark/>
          </w:tcPr>
          <w:p w14:paraId="6D538114" w14:textId="77777777" w:rsidR="00E510BC" w:rsidRPr="00E510BC" w:rsidRDefault="00E510BC" w:rsidP="00E510BC">
            <w:pPr>
              <w:rPr>
                <w:lang w:val="en-GB"/>
              </w:rPr>
            </w:pPr>
            <w:r w:rsidRPr="00E510BC">
              <w:rPr>
                <w:lang w:val="en-GB"/>
              </w:rPr>
              <w:t>Employment and Support Allowance (ESA)</w:t>
            </w:r>
          </w:p>
        </w:tc>
        <w:tc>
          <w:tcPr>
            <w:tcW w:w="0" w:type="auto"/>
            <w:vAlign w:val="center"/>
            <w:hideMark/>
          </w:tcPr>
          <w:p w14:paraId="378BC8C3" w14:textId="77777777" w:rsidR="00E510BC" w:rsidRPr="00E510BC" w:rsidRDefault="00E510BC" w:rsidP="00E510BC">
            <w:pPr>
              <w:rPr>
                <w:lang w:val="en-GB"/>
              </w:rPr>
            </w:pPr>
            <w:r w:rsidRPr="00E510BC">
              <w:rPr>
                <w:rFonts w:ascii="Segoe UI Symbol" w:hAnsi="Segoe UI Symbol" w:cs="Segoe UI Symbol"/>
                <w:lang w:val="en-GB"/>
              </w:rPr>
              <w:t>☐</w:t>
            </w:r>
            <w:r w:rsidRPr="00E510BC">
              <w:rPr>
                <w:lang w:val="en-GB"/>
              </w:rPr>
              <w:t xml:space="preserve"> Yes </w:t>
            </w:r>
            <w:r w:rsidRPr="00E510BC">
              <w:rPr>
                <w:rFonts w:ascii="Segoe UI Symbol" w:hAnsi="Segoe UI Symbol" w:cs="Segoe UI Symbol"/>
                <w:lang w:val="en-GB"/>
              </w:rPr>
              <w:t>☐</w:t>
            </w:r>
            <w:r w:rsidRPr="00E510BC">
              <w:rPr>
                <w:lang w:val="en-GB"/>
              </w:rPr>
              <w:t xml:space="preserve"> No</w:t>
            </w:r>
          </w:p>
        </w:tc>
        <w:tc>
          <w:tcPr>
            <w:tcW w:w="0" w:type="auto"/>
            <w:vAlign w:val="center"/>
            <w:hideMark/>
          </w:tcPr>
          <w:p w14:paraId="08A1BB48" w14:textId="77777777" w:rsidR="00E510BC" w:rsidRPr="00E510BC" w:rsidRDefault="00E510BC" w:rsidP="00E510BC">
            <w:pPr>
              <w:rPr>
                <w:lang w:val="en-GB"/>
              </w:rPr>
            </w:pPr>
            <w:r w:rsidRPr="00E510BC">
              <w:rPr>
                <w:lang w:val="en-GB"/>
              </w:rPr>
              <w:t>£ __________</w:t>
            </w:r>
          </w:p>
        </w:tc>
      </w:tr>
      <w:tr w:rsidR="00E510BC" w:rsidRPr="00E510BC" w14:paraId="73A3A76A" w14:textId="77777777">
        <w:trPr>
          <w:tblCellSpacing w:w="15" w:type="dxa"/>
        </w:trPr>
        <w:tc>
          <w:tcPr>
            <w:tcW w:w="0" w:type="auto"/>
            <w:vAlign w:val="center"/>
            <w:hideMark/>
          </w:tcPr>
          <w:p w14:paraId="23A7E49E" w14:textId="77777777" w:rsidR="00E510BC" w:rsidRPr="00E510BC" w:rsidRDefault="00E510BC" w:rsidP="00E510BC">
            <w:pPr>
              <w:rPr>
                <w:lang w:val="en-GB"/>
              </w:rPr>
            </w:pPr>
            <w:r w:rsidRPr="00E510BC">
              <w:rPr>
                <w:lang w:val="en-GB"/>
              </w:rPr>
              <w:t>Universal Credit</w:t>
            </w:r>
          </w:p>
        </w:tc>
        <w:tc>
          <w:tcPr>
            <w:tcW w:w="0" w:type="auto"/>
            <w:vAlign w:val="center"/>
            <w:hideMark/>
          </w:tcPr>
          <w:p w14:paraId="7AFA529E" w14:textId="77777777" w:rsidR="00E510BC" w:rsidRPr="00E510BC" w:rsidRDefault="00E510BC" w:rsidP="00E510BC">
            <w:pPr>
              <w:rPr>
                <w:lang w:val="en-GB"/>
              </w:rPr>
            </w:pPr>
            <w:r w:rsidRPr="00E510BC">
              <w:rPr>
                <w:rFonts w:ascii="Segoe UI Symbol" w:hAnsi="Segoe UI Symbol" w:cs="Segoe UI Symbol"/>
                <w:lang w:val="en-GB"/>
              </w:rPr>
              <w:t>☐</w:t>
            </w:r>
            <w:r w:rsidRPr="00E510BC">
              <w:rPr>
                <w:lang w:val="en-GB"/>
              </w:rPr>
              <w:t xml:space="preserve"> Yes </w:t>
            </w:r>
            <w:r w:rsidRPr="00E510BC">
              <w:rPr>
                <w:rFonts w:ascii="Segoe UI Symbol" w:hAnsi="Segoe UI Symbol" w:cs="Segoe UI Symbol"/>
                <w:lang w:val="en-GB"/>
              </w:rPr>
              <w:t>☐</w:t>
            </w:r>
            <w:r w:rsidRPr="00E510BC">
              <w:rPr>
                <w:lang w:val="en-GB"/>
              </w:rPr>
              <w:t xml:space="preserve"> No</w:t>
            </w:r>
          </w:p>
        </w:tc>
        <w:tc>
          <w:tcPr>
            <w:tcW w:w="0" w:type="auto"/>
            <w:vAlign w:val="center"/>
            <w:hideMark/>
          </w:tcPr>
          <w:p w14:paraId="704073B4" w14:textId="77777777" w:rsidR="00E510BC" w:rsidRPr="00E510BC" w:rsidRDefault="00E510BC" w:rsidP="00E510BC">
            <w:pPr>
              <w:rPr>
                <w:lang w:val="en-GB"/>
              </w:rPr>
            </w:pPr>
            <w:r w:rsidRPr="00E510BC">
              <w:rPr>
                <w:lang w:val="en-GB"/>
              </w:rPr>
              <w:t>£ __________</w:t>
            </w:r>
          </w:p>
        </w:tc>
      </w:tr>
      <w:tr w:rsidR="00E510BC" w:rsidRPr="00E510BC" w14:paraId="48F9C10D" w14:textId="77777777">
        <w:trPr>
          <w:tblCellSpacing w:w="15" w:type="dxa"/>
        </w:trPr>
        <w:tc>
          <w:tcPr>
            <w:tcW w:w="0" w:type="auto"/>
            <w:vAlign w:val="center"/>
            <w:hideMark/>
          </w:tcPr>
          <w:p w14:paraId="685A846B" w14:textId="77777777" w:rsidR="00E510BC" w:rsidRPr="00E510BC" w:rsidRDefault="00E510BC" w:rsidP="00E510BC">
            <w:pPr>
              <w:rPr>
                <w:lang w:val="en-GB"/>
              </w:rPr>
            </w:pPr>
            <w:r w:rsidRPr="00E510BC">
              <w:rPr>
                <w:lang w:val="en-GB"/>
              </w:rPr>
              <w:t>Housing Benefit</w:t>
            </w:r>
          </w:p>
        </w:tc>
        <w:tc>
          <w:tcPr>
            <w:tcW w:w="0" w:type="auto"/>
            <w:vAlign w:val="center"/>
            <w:hideMark/>
          </w:tcPr>
          <w:p w14:paraId="7396E0E6" w14:textId="77777777" w:rsidR="00E510BC" w:rsidRPr="00E510BC" w:rsidRDefault="00E510BC" w:rsidP="00E510BC">
            <w:pPr>
              <w:rPr>
                <w:lang w:val="en-GB"/>
              </w:rPr>
            </w:pPr>
            <w:r w:rsidRPr="00E510BC">
              <w:rPr>
                <w:rFonts w:ascii="Segoe UI Symbol" w:hAnsi="Segoe UI Symbol" w:cs="Segoe UI Symbol"/>
                <w:lang w:val="en-GB"/>
              </w:rPr>
              <w:t>☐</w:t>
            </w:r>
            <w:r w:rsidRPr="00E510BC">
              <w:rPr>
                <w:lang w:val="en-GB"/>
              </w:rPr>
              <w:t xml:space="preserve"> Yes </w:t>
            </w:r>
            <w:r w:rsidRPr="00E510BC">
              <w:rPr>
                <w:rFonts w:ascii="Segoe UI Symbol" w:hAnsi="Segoe UI Symbol" w:cs="Segoe UI Symbol"/>
                <w:lang w:val="en-GB"/>
              </w:rPr>
              <w:t>☐</w:t>
            </w:r>
            <w:r w:rsidRPr="00E510BC">
              <w:rPr>
                <w:lang w:val="en-GB"/>
              </w:rPr>
              <w:t xml:space="preserve"> No</w:t>
            </w:r>
          </w:p>
        </w:tc>
        <w:tc>
          <w:tcPr>
            <w:tcW w:w="0" w:type="auto"/>
            <w:vAlign w:val="center"/>
            <w:hideMark/>
          </w:tcPr>
          <w:p w14:paraId="7E3EC432" w14:textId="77777777" w:rsidR="00E510BC" w:rsidRPr="00E510BC" w:rsidRDefault="00E510BC" w:rsidP="00E510BC">
            <w:pPr>
              <w:rPr>
                <w:lang w:val="en-GB"/>
              </w:rPr>
            </w:pPr>
            <w:r w:rsidRPr="00E510BC">
              <w:rPr>
                <w:lang w:val="en-GB"/>
              </w:rPr>
              <w:t>£ __________</w:t>
            </w:r>
          </w:p>
        </w:tc>
      </w:tr>
      <w:tr w:rsidR="00E510BC" w:rsidRPr="00E510BC" w14:paraId="0C23F3F8" w14:textId="77777777">
        <w:trPr>
          <w:tblCellSpacing w:w="15" w:type="dxa"/>
        </w:trPr>
        <w:tc>
          <w:tcPr>
            <w:tcW w:w="0" w:type="auto"/>
            <w:vAlign w:val="center"/>
            <w:hideMark/>
          </w:tcPr>
          <w:p w14:paraId="306FF88C" w14:textId="77777777" w:rsidR="00E510BC" w:rsidRPr="00E510BC" w:rsidRDefault="00E510BC" w:rsidP="00E510BC">
            <w:pPr>
              <w:rPr>
                <w:lang w:val="en-GB"/>
              </w:rPr>
            </w:pPr>
            <w:r w:rsidRPr="00E510BC">
              <w:rPr>
                <w:lang w:val="en-GB"/>
              </w:rPr>
              <w:t>Personal Independence Payment (PIP) / Adult Disability Payment (ADP)</w:t>
            </w:r>
          </w:p>
        </w:tc>
        <w:tc>
          <w:tcPr>
            <w:tcW w:w="0" w:type="auto"/>
            <w:vAlign w:val="center"/>
            <w:hideMark/>
          </w:tcPr>
          <w:p w14:paraId="529EF11E" w14:textId="77777777" w:rsidR="00E510BC" w:rsidRPr="00E510BC" w:rsidRDefault="00E510BC" w:rsidP="00E510BC">
            <w:pPr>
              <w:rPr>
                <w:lang w:val="en-GB"/>
              </w:rPr>
            </w:pPr>
            <w:r w:rsidRPr="00E510BC">
              <w:rPr>
                <w:rFonts w:ascii="Segoe UI Symbol" w:hAnsi="Segoe UI Symbol" w:cs="Segoe UI Symbol"/>
                <w:lang w:val="en-GB"/>
              </w:rPr>
              <w:t>☐</w:t>
            </w:r>
            <w:r w:rsidRPr="00E510BC">
              <w:rPr>
                <w:lang w:val="en-GB"/>
              </w:rPr>
              <w:t xml:space="preserve"> Yes </w:t>
            </w:r>
            <w:r w:rsidRPr="00E510BC">
              <w:rPr>
                <w:rFonts w:ascii="Segoe UI Symbol" w:hAnsi="Segoe UI Symbol" w:cs="Segoe UI Symbol"/>
                <w:lang w:val="en-GB"/>
              </w:rPr>
              <w:t>☐</w:t>
            </w:r>
            <w:r w:rsidRPr="00E510BC">
              <w:rPr>
                <w:lang w:val="en-GB"/>
              </w:rPr>
              <w:t xml:space="preserve"> No</w:t>
            </w:r>
          </w:p>
        </w:tc>
        <w:tc>
          <w:tcPr>
            <w:tcW w:w="0" w:type="auto"/>
            <w:vAlign w:val="center"/>
            <w:hideMark/>
          </w:tcPr>
          <w:p w14:paraId="3694F912" w14:textId="77777777" w:rsidR="00E510BC" w:rsidRPr="00E510BC" w:rsidRDefault="00E510BC" w:rsidP="00E510BC">
            <w:pPr>
              <w:rPr>
                <w:lang w:val="en-GB"/>
              </w:rPr>
            </w:pPr>
            <w:r w:rsidRPr="00E510BC">
              <w:rPr>
                <w:lang w:val="en-GB"/>
              </w:rPr>
              <w:t>£ __________</w:t>
            </w:r>
          </w:p>
        </w:tc>
      </w:tr>
      <w:tr w:rsidR="00E510BC" w:rsidRPr="00E510BC" w14:paraId="5870DED6" w14:textId="77777777">
        <w:trPr>
          <w:tblCellSpacing w:w="15" w:type="dxa"/>
        </w:trPr>
        <w:tc>
          <w:tcPr>
            <w:tcW w:w="0" w:type="auto"/>
            <w:vAlign w:val="center"/>
            <w:hideMark/>
          </w:tcPr>
          <w:p w14:paraId="5A532F0F" w14:textId="77777777" w:rsidR="00E510BC" w:rsidRPr="00E510BC" w:rsidRDefault="00E510BC" w:rsidP="00E510BC">
            <w:pPr>
              <w:rPr>
                <w:lang w:val="en-GB"/>
              </w:rPr>
            </w:pPr>
            <w:r w:rsidRPr="00E510BC">
              <w:rPr>
                <w:lang w:val="en-GB"/>
              </w:rPr>
              <w:t>State or Occupational Pension</w:t>
            </w:r>
          </w:p>
        </w:tc>
        <w:tc>
          <w:tcPr>
            <w:tcW w:w="0" w:type="auto"/>
            <w:vAlign w:val="center"/>
            <w:hideMark/>
          </w:tcPr>
          <w:p w14:paraId="4441349B" w14:textId="77777777" w:rsidR="00E510BC" w:rsidRPr="00E510BC" w:rsidRDefault="00E510BC" w:rsidP="00E510BC">
            <w:pPr>
              <w:rPr>
                <w:lang w:val="en-GB"/>
              </w:rPr>
            </w:pPr>
            <w:r w:rsidRPr="00E510BC">
              <w:rPr>
                <w:rFonts w:ascii="Segoe UI Symbol" w:hAnsi="Segoe UI Symbol" w:cs="Segoe UI Symbol"/>
                <w:lang w:val="en-GB"/>
              </w:rPr>
              <w:t>☐</w:t>
            </w:r>
            <w:r w:rsidRPr="00E510BC">
              <w:rPr>
                <w:lang w:val="en-GB"/>
              </w:rPr>
              <w:t xml:space="preserve"> Yes </w:t>
            </w:r>
            <w:r w:rsidRPr="00E510BC">
              <w:rPr>
                <w:rFonts w:ascii="Segoe UI Symbol" w:hAnsi="Segoe UI Symbol" w:cs="Segoe UI Symbol"/>
                <w:lang w:val="en-GB"/>
              </w:rPr>
              <w:t>☐</w:t>
            </w:r>
            <w:r w:rsidRPr="00E510BC">
              <w:rPr>
                <w:lang w:val="en-GB"/>
              </w:rPr>
              <w:t xml:space="preserve"> No</w:t>
            </w:r>
          </w:p>
        </w:tc>
        <w:tc>
          <w:tcPr>
            <w:tcW w:w="0" w:type="auto"/>
            <w:vAlign w:val="center"/>
            <w:hideMark/>
          </w:tcPr>
          <w:p w14:paraId="148BF634" w14:textId="77777777" w:rsidR="00E510BC" w:rsidRPr="00E510BC" w:rsidRDefault="00E510BC" w:rsidP="00E510BC">
            <w:pPr>
              <w:rPr>
                <w:lang w:val="en-GB"/>
              </w:rPr>
            </w:pPr>
            <w:r w:rsidRPr="00E510BC">
              <w:rPr>
                <w:lang w:val="en-GB"/>
              </w:rPr>
              <w:t>£ __________</w:t>
            </w:r>
          </w:p>
        </w:tc>
      </w:tr>
      <w:tr w:rsidR="00E510BC" w:rsidRPr="00E510BC" w14:paraId="22A38C5C" w14:textId="77777777">
        <w:trPr>
          <w:tblCellSpacing w:w="15" w:type="dxa"/>
        </w:trPr>
        <w:tc>
          <w:tcPr>
            <w:tcW w:w="0" w:type="auto"/>
            <w:vAlign w:val="center"/>
            <w:hideMark/>
          </w:tcPr>
          <w:p w14:paraId="7D21AF8D" w14:textId="77777777" w:rsidR="00E510BC" w:rsidRPr="00E510BC" w:rsidRDefault="00E510BC" w:rsidP="00E510BC">
            <w:pPr>
              <w:rPr>
                <w:lang w:val="en-GB"/>
              </w:rPr>
            </w:pPr>
            <w:r w:rsidRPr="00E510BC">
              <w:rPr>
                <w:lang w:val="en-GB"/>
              </w:rPr>
              <w:t>Employment or Self-employment Income</w:t>
            </w:r>
          </w:p>
        </w:tc>
        <w:tc>
          <w:tcPr>
            <w:tcW w:w="0" w:type="auto"/>
            <w:vAlign w:val="center"/>
            <w:hideMark/>
          </w:tcPr>
          <w:p w14:paraId="10589F13" w14:textId="77777777" w:rsidR="00E510BC" w:rsidRPr="00E510BC" w:rsidRDefault="00E510BC" w:rsidP="00E510BC">
            <w:pPr>
              <w:rPr>
                <w:lang w:val="en-GB"/>
              </w:rPr>
            </w:pPr>
            <w:r w:rsidRPr="00E510BC">
              <w:rPr>
                <w:rFonts w:ascii="Segoe UI Symbol" w:hAnsi="Segoe UI Symbol" w:cs="Segoe UI Symbol"/>
                <w:lang w:val="en-GB"/>
              </w:rPr>
              <w:t>☐</w:t>
            </w:r>
            <w:r w:rsidRPr="00E510BC">
              <w:rPr>
                <w:lang w:val="en-GB"/>
              </w:rPr>
              <w:t xml:space="preserve"> Yes </w:t>
            </w:r>
            <w:r w:rsidRPr="00E510BC">
              <w:rPr>
                <w:rFonts w:ascii="Segoe UI Symbol" w:hAnsi="Segoe UI Symbol" w:cs="Segoe UI Symbol"/>
                <w:lang w:val="en-GB"/>
              </w:rPr>
              <w:t>☐</w:t>
            </w:r>
            <w:r w:rsidRPr="00E510BC">
              <w:rPr>
                <w:lang w:val="en-GB"/>
              </w:rPr>
              <w:t xml:space="preserve"> No</w:t>
            </w:r>
          </w:p>
        </w:tc>
        <w:tc>
          <w:tcPr>
            <w:tcW w:w="0" w:type="auto"/>
            <w:vAlign w:val="center"/>
            <w:hideMark/>
          </w:tcPr>
          <w:p w14:paraId="32DB5047" w14:textId="77777777" w:rsidR="00E510BC" w:rsidRPr="00E510BC" w:rsidRDefault="00E510BC" w:rsidP="00E510BC">
            <w:pPr>
              <w:rPr>
                <w:lang w:val="en-GB"/>
              </w:rPr>
            </w:pPr>
            <w:r w:rsidRPr="00E510BC">
              <w:rPr>
                <w:lang w:val="en-GB"/>
              </w:rPr>
              <w:t>£ __________</w:t>
            </w:r>
          </w:p>
        </w:tc>
      </w:tr>
      <w:tr w:rsidR="00E510BC" w:rsidRPr="00E510BC" w14:paraId="7A68D0AE" w14:textId="77777777">
        <w:trPr>
          <w:tblCellSpacing w:w="15" w:type="dxa"/>
        </w:trPr>
        <w:tc>
          <w:tcPr>
            <w:tcW w:w="0" w:type="auto"/>
            <w:vAlign w:val="center"/>
            <w:hideMark/>
          </w:tcPr>
          <w:p w14:paraId="774C73B8" w14:textId="77777777" w:rsidR="00E510BC" w:rsidRPr="00E510BC" w:rsidRDefault="00E510BC" w:rsidP="00E510BC">
            <w:pPr>
              <w:rPr>
                <w:lang w:val="en-GB"/>
              </w:rPr>
            </w:pPr>
            <w:r w:rsidRPr="00E510BC">
              <w:rPr>
                <w:lang w:val="en-GB"/>
              </w:rPr>
              <w:t>Other income (please specify)</w:t>
            </w:r>
          </w:p>
        </w:tc>
        <w:tc>
          <w:tcPr>
            <w:tcW w:w="0" w:type="auto"/>
            <w:vAlign w:val="center"/>
            <w:hideMark/>
          </w:tcPr>
          <w:p w14:paraId="4B0052ED" w14:textId="77777777" w:rsidR="00E510BC" w:rsidRPr="00E510BC" w:rsidRDefault="00E510BC" w:rsidP="00E510BC">
            <w:pPr>
              <w:rPr>
                <w:lang w:val="en-GB"/>
              </w:rPr>
            </w:pPr>
            <w:r w:rsidRPr="00E510BC">
              <w:rPr>
                <w:rFonts w:ascii="Segoe UI Symbol" w:hAnsi="Segoe UI Symbol" w:cs="Segoe UI Symbol"/>
                <w:lang w:val="en-GB"/>
              </w:rPr>
              <w:t>☐</w:t>
            </w:r>
            <w:r w:rsidRPr="00E510BC">
              <w:rPr>
                <w:lang w:val="en-GB"/>
              </w:rPr>
              <w:t xml:space="preserve"> Yes </w:t>
            </w:r>
            <w:r w:rsidRPr="00E510BC">
              <w:rPr>
                <w:rFonts w:ascii="Segoe UI Symbol" w:hAnsi="Segoe UI Symbol" w:cs="Segoe UI Symbol"/>
                <w:lang w:val="en-GB"/>
              </w:rPr>
              <w:t>☐</w:t>
            </w:r>
            <w:r w:rsidRPr="00E510BC">
              <w:rPr>
                <w:lang w:val="en-GB"/>
              </w:rPr>
              <w:t xml:space="preserve"> No</w:t>
            </w:r>
          </w:p>
        </w:tc>
        <w:tc>
          <w:tcPr>
            <w:tcW w:w="0" w:type="auto"/>
            <w:vAlign w:val="center"/>
            <w:hideMark/>
          </w:tcPr>
          <w:p w14:paraId="667A3C51" w14:textId="77777777" w:rsidR="00E510BC" w:rsidRPr="00E510BC" w:rsidRDefault="00E510BC" w:rsidP="00E510BC">
            <w:pPr>
              <w:rPr>
                <w:lang w:val="en-GB"/>
              </w:rPr>
            </w:pPr>
            <w:r w:rsidRPr="00E510BC">
              <w:rPr>
                <w:lang w:val="en-GB"/>
              </w:rPr>
              <w:t>£ __________</w:t>
            </w:r>
          </w:p>
        </w:tc>
      </w:tr>
    </w:tbl>
    <w:p w14:paraId="221A9A93" w14:textId="77777777" w:rsidR="00E510BC" w:rsidRPr="00E510BC" w:rsidRDefault="00E510BC" w:rsidP="00E510BC">
      <w:pPr>
        <w:rPr>
          <w:lang w:val="en-GB"/>
        </w:rPr>
      </w:pPr>
      <w:r w:rsidRPr="00E510BC">
        <w:rPr>
          <w:b/>
          <w:bCs/>
          <w:lang w:val="en-GB"/>
        </w:rPr>
        <w:t>Approximate total income:</w:t>
      </w:r>
      <w:r w:rsidRPr="00E510BC">
        <w:rPr>
          <w:lang w:val="en-GB"/>
        </w:rPr>
        <w:t xml:space="preserve"> £ __________________</w:t>
      </w:r>
    </w:p>
    <w:p w14:paraId="71A8BA83" w14:textId="77777777" w:rsidR="00E510BC" w:rsidRPr="00E510BC" w:rsidRDefault="00E510BC" w:rsidP="00E510BC">
      <w:pPr>
        <w:rPr>
          <w:b/>
          <w:bCs/>
          <w:lang w:val="en-GB"/>
        </w:rPr>
      </w:pPr>
      <w:r w:rsidRPr="00E510BC">
        <w:rPr>
          <w:b/>
          <w:bCs/>
          <w:lang w:val="en-GB"/>
        </w:rPr>
        <w:lastRenderedPageBreak/>
        <w:t>Savings</w:t>
      </w:r>
    </w:p>
    <w:p w14:paraId="71082DDF" w14:textId="77777777" w:rsidR="00E510BC" w:rsidRPr="00E510BC" w:rsidRDefault="00E510BC" w:rsidP="00E510BC">
      <w:pPr>
        <w:rPr>
          <w:lang w:val="en-GB"/>
        </w:rPr>
      </w:pPr>
      <w:r w:rsidRPr="00E510BC">
        <w:rPr>
          <w:lang w:val="en-GB"/>
        </w:rPr>
        <w:t xml:space="preserve">Do you have savings of more than </w:t>
      </w:r>
      <w:r w:rsidRPr="00E510BC">
        <w:rPr>
          <w:b/>
          <w:bCs/>
          <w:lang w:val="en-GB"/>
        </w:rPr>
        <w:t>£6,000</w:t>
      </w:r>
      <w:r w:rsidRPr="00E510BC">
        <w:rPr>
          <w:lang w:val="en-GB"/>
        </w:rPr>
        <w:t>?</w:t>
      </w:r>
    </w:p>
    <w:p w14:paraId="61D4AEA2" w14:textId="77777777" w:rsidR="00E510BC" w:rsidRPr="00E510BC" w:rsidRDefault="00E510BC" w:rsidP="00E510BC">
      <w:pPr>
        <w:rPr>
          <w:lang w:val="en-GB"/>
        </w:rPr>
      </w:pPr>
      <w:r w:rsidRPr="00E510BC">
        <w:rPr>
          <w:rFonts w:ascii="Segoe UI Symbol" w:hAnsi="Segoe UI Symbol" w:cs="Segoe UI Symbol"/>
          <w:lang w:val="en-GB"/>
        </w:rPr>
        <w:t>☐</w:t>
      </w:r>
      <w:r w:rsidRPr="00E510BC">
        <w:rPr>
          <w:lang w:val="en-GB"/>
        </w:rPr>
        <w:t xml:space="preserve"> Yes</w:t>
      </w:r>
      <w:r w:rsidRPr="00E510BC">
        <w:rPr>
          <w:lang w:val="en-GB"/>
        </w:rPr>
        <w:t> </w:t>
      </w:r>
      <w:r w:rsidRPr="00E510BC">
        <w:rPr>
          <w:lang w:val="en-GB"/>
        </w:rPr>
        <w:t> </w:t>
      </w:r>
      <w:r w:rsidRPr="00E510BC">
        <w:rPr>
          <w:rFonts w:ascii="Segoe UI Symbol" w:hAnsi="Segoe UI Symbol" w:cs="Segoe UI Symbol"/>
          <w:lang w:val="en-GB"/>
        </w:rPr>
        <w:t>☐</w:t>
      </w:r>
      <w:r w:rsidRPr="00E510BC">
        <w:rPr>
          <w:lang w:val="en-GB"/>
        </w:rPr>
        <w:t xml:space="preserve"> No</w:t>
      </w:r>
    </w:p>
    <w:p w14:paraId="373C68F9" w14:textId="77777777" w:rsidR="00E510BC" w:rsidRPr="00E510BC" w:rsidRDefault="00E510BC" w:rsidP="00E510BC">
      <w:pPr>
        <w:rPr>
          <w:lang w:val="en-GB"/>
        </w:rPr>
      </w:pPr>
      <w:r w:rsidRPr="00E510BC">
        <w:rPr>
          <w:lang w:val="en-GB"/>
        </w:rPr>
        <w:t>If yes, approximately how much? £ __________________</w:t>
      </w:r>
    </w:p>
    <w:p w14:paraId="2393F66B" w14:textId="77777777" w:rsidR="00E510BC" w:rsidRPr="00E510BC" w:rsidRDefault="00E510BC" w:rsidP="00E510BC">
      <w:pPr>
        <w:rPr>
          <w:b/>
          <w:bCs/>
          <w:lang w:val="en-GB"/>
        </w:rPr>
      </w:pPr>
      <w:r w:rsidRPr="00E510BC">
        <w:rPr>
          <w:b/>
          <w:bCs/>
          <w:lang w:val="en-GB"/>
        </w:rPr>
        <w:t>Property</w:t>
      </w:r>
    </w:p>
    <w:p w14:paraId="7E61382A" w14:textId="77777777" w:rsidR="00E510BC" w:rsidRPr="00E510BC" w:rsidRDefault="00E510BC" w:rsidP="00E510BC">
      <w:pPr>
        <w:rPr>
          <w:lang w:val="en-GB"/>
        </w:rPr>
      </w:pPr>
      <w:r w:rsidRPr="00E510BC">
        <w:rPr>
          <w:lang w:val="en-GB"/>
        </w:rPr>
        <w:t>Do you own your own home?</w:t>
      </w:r>
    </w:p>
    <w:p w14:paraId="72B4A688" w14:textId="77777777" w:rsidR="00E510BC" w:rsidRPr="00E510BC" w:rsidRDefault="00E510BC" w:rsidP="00E510BC">
      <w:pPr>
        <w:rPr>
          <w:lang w:val="en-GB"/>
        </w:rPr>
      </w:pPr>
      <w:r w:rsidRPr="00E510BC">
        <w:rPr>
          <w:rFonts w:ascii="Segoe UI Symbol" w:hAnsi="Segoe UI Symbol" w:cs="Segoe UI Symbol"/>
          <w:lang w:val="en-GB"/>
        </w:rPr>
        <w:t>☐</w:t>
      </w:r>
      <w:r w:rsidRPr="00E510BC">
        <w:rPr>
          <w:lang w:val="en-GB"/>
        </w:rPr>
        <w:t xml:space="preserve"> Yes</w:t>
      </w:r>
      <w:r w:rsidRPr="00E510BC">
        <w:rPr>
          <w:lang w:val="en-GB"/>
        </w:rPr>
        <w:t> </w:t>
      </w:r>
      <w:r w:rsidRPr="00E510BC">
        <w:rPr>
          <w:lang w:val="en-GB"/>
        </w:rPr>
        <w:t> </w:t>
      </w:r>
      <w:r w:rsidRPr="00E510BC">
        <w:rPr>
          <w:rFonts w:ascii="Segoe UI Symbol" w:hAnsi="Segoe UI Symbol" w:cs="Segoe UI Symbol"/>
          <w:lang w:val="en-GB"/>
        </w:rPr>
        <w:t>☐</w:t>
      </w:r>
      <w:r w:rsidRPr="00E510BC">
        <w:rPr>
          <w:lang w:val="en-GB"/>
        </w:rPr>
        <w:t xml:space="preserve"> No</w:t>
      </w:r>
    </w:p>
    <w:p w14:paraId="1765923D" w14:textId="77777777" w:rsidR="00E510BC" w:rsidRPr="00E510BC" w:rsidRDefault="00E510BC" w:rsidP="00E510BC">
      <w:pPr>
        <w:rPr>
          <w:b/>
          <w:bCs/>
          <w:lang w:val="en-GB"/>
        </w:rPr>
      </w:pPr>
      <w:r w:rsidRPr="00E510BC">
        <w:rPr>
          <w:b/>
          <w:bCs/>
          <w:lang w:val="en-GB"/>
        </w:rPr>
        <w:t>Funding</w:t>
      </w:r>
    </w:p>
    <w:p w14:paraId="2EA7F81E" w14:textId="77777777" w:rsidR="00E510BC" w:rsidRPr="00E510BC" w:rsidRDefault="00E510BC" w:rsidP="00E510BC">
      <w:pPr>
        <w:rPr>
          <w:lang w:val="en-GB"/>
        </w:rPr>
      </w:pPr>
      <w:r w:rsidRPr="00E510BC">
        <w:rPr>
          <w:lang w:val="en-GB"/>
        </w:rPr>
        <w:t>How do you expect your placement to be funded?</w:t>
      </w:r>
    </w:p>
    <w:p w14:paraId="7CE65516" w14:textId="77777777" w:rsidR="00E510BC" w:rsidRPr="00E510BC" w:rsidRDefault="00E510BC" w:rsidP="00E510BC">
      <w:pPr>
        <w:rPr>
          <w:lang w:val="en-GB"/>
        </w:rPr>
      </w:pPr>
      <w:r w:rsidRPr="00E510BC">
        <w:rPr>
          <w:rFonts w:ascii="Segoe UI Symbol" w:hAnsi="Segoe UI Symbol" w:cs="Segoe UI Symbol"/>
          <w:lang w:val="en-GB"/>
        </w:rPr>
        <w:t>☐</w:t>
      </w:r>
      <w:r w:rsidRPr="00E510BC">
        <w:rPr>
          <w:lang w:val="en-GB"/>
        </w:rPr>
        <w:t xml:space="preserve"> Local Authority / Social Work</w:t>
      </w:r>
      <w:r w:rsidRPr="00E510BC">
        <w:rPr>
          <w:lang w:val="en-GB"/>
        </w:rPr>
        <w:br/>
      </w:r>
      <w:r w:rsidRPr="00E510BC">
        <w:rPr>
          <w:rFonts w:ascii="Segoe UI Symbol" w:hAnsi="Segoe UI Symbol" w:cs="Segoe UI Symbol"/>
          <w:lang w:val="en-GB"/>
        </w:rPr>
        <w:t>☐</w:t>
      </w:r>
      <w:r w:rsidRPr="00E510BC">
        <w:rPr>
          <w:lang w:val="en-GB"/>
        </w:rPr>
        <w:t xml:space="preserve"> NHS</w:t>
      </w:r>
      <w:r w:rsidRPr="00E510BC">
        <w:rPr>
          <w:lang w:val="en-GB"/>
        </w:rPr>
        <w:br/>
      </w:r>
      <w:r w:rsidRPr="00E510BC">
        <w:rPr>
          <w:rFonts w:ascii="Segoe UI Symbol" w:hAnsi="Segoe UI Symbol" w:cs="Segoe UI Symbol"/>
          <w:lang w:val="en-GB"/>
        </w:rPr>
        <w:t>☐</w:t>
      </w:r>
      <w:r w:rsidRPr="00E510BC">
        <w:rPr>
          <w:lang w:val="en-GB"/>
        </w:rPr>
        <w:t xml:space="preserve"> Self-funding</w:t>
      </w:r>
      <w:r w:rsidRPr="00E510BC">
        <w:rPr>
          <w:lang w:val="en-GB"/>
        </w:rPr>
        <w:br/>
      </w:r>
      <w:r w:rsidRPr="00E510BC">
        <w:rPr>
          <w:rFonts w:ascii="Segoe UI Symbol" w:hAnsi="Segoe UI Symbol" w:cs="Segoe UI Symbol"/>
          <w:lang w:val="en-GB"/>
        </w:rPr>
        <w:t>☐</w:t>
      </w:r>
      <w:r w:rsidRPr="00E510BC">
        <w:rPr>
          <w:lang w:val="en-GB"/>
        </w:rPr>
        <w:t xml:space="preserve"> Benefits or personal income</w:t>
      </w:r>
      <w:r w:rsidRPr="00E510BC">
        <w:rPr>
          <w:lang w:val="en-GB"/>
        </w:rPr>
        <w:br/>
      </w:r>
      <w:r w:rsidRPr="00E510BC">
        <w:rPr>
          <w:rFonts w:ascii="Segoe UI Symbol" w:hAnsi="Segoe UI Symbol" w:cs="Segoe UI Symbol"/>
          <w:lang w:val="en-GB"/>
        </w:rPr>
        <w:t>☐</w:t>
      </w:r>
      <w:r w:rsidRPr="00E510BC">
        <w:rPr>
          <w:lang w:val="en-GB"/>
        </w:rPr>
        <w:t xml:space="preserve"> I am unsure and would like to discuss this</w:t>
      </w:r>
      <w:r w:rsidRPr="00E510BC">
        <w:rPr>
          <w:lang w:val="en-GB"/>
        </w:rPr>
        <w:br/>
      </w:r>
      <w:r w:rsidRPr="00E510BC">
        <w:rPr>
          <w:rFonts w:ascii="Segoe UI Symbol" w:hAnsi="Segoe UI Symbol" w:cs="Segoe UI Symbol"/>
          <w:lang w:val="en-GB"/>
        </w:rPr>
        <w:t>☐</w:t>
      </w:r>
      <w:r w:rsidRPr="00E510BC">
        <w:rPr>
          <w:lang w:val="en-GB"/>
        </w:rPr>
        <w:t xml:space="preserve"> Other (please specify): ______________________________________</w:t>
      </w:r>
    </w:p>
    <w:p w14:paraId="2B5B240E" w14:textId="77777777" w:rsidR="00E510BC" w:rsidRPr="00E510BC" w:rsidRDefault="00E510BC" w:rsidP="00E510BC">
      <w:pPr>
        <w:rPr>
          <w:b/>
          <w:bCs/>
          <w:lang w:val="en-GB"/>
        </w:rPr>
      </w:pPr>
      <w:r w:rsidRPr="00E510BC">
        <w:rPr>
          <w:b/>
          <w:bCs/>
          <w:lang w:val="en-GB"/>
        </w:rPr>
        <w:t>Additional Information</w:t>
      </w:r>
    </w:p>
    <w:p w14:paraId="6282F8B0" w14:textId="77777777" w:rsidR="00E510BC" w:rsidRPr="00E510BC" w:rsidRDefault="00E510BC" w:rsidP="00E510BC">
      <w:pPr>
        <w:rPr>
          <w:lang w:val="en-GB"/>
        </w:rPr>
      </w:pPr>
      <w:r w:rsidRPr="00E510BC">
        <w:rPr>
          <w:lang w:val="en-GB"/>
        </w:rPr>
        <w:t>Is there anything else you would like us to know about your financial circumstances or any funding applications that are already in progress?</w:t>
      </w:r>
    </w:p>
    <w:p w14:paraId="558B5C57" w14:textId="77777777" w:rsidR="00E510BC" w:rsidRPr="00E510BC" w:rsidRDefault="00E510BC" w:rsidP="00E510BC">
      <w:pPr>
        <w:rPr>
          <w:lang w:val="en-GB"/>
        </w:rPr>
      </w:pPr>
      <w:r w:rsidRPr="00E510BC">
        <w:rPr>
          <w:lang w:val="en-GB"/>
        </w:rPr>
        <w:pict w14:anchorId="7DDB0C2F">
          <v:rect id="_x0000_i1037" style="width:0;height:1.5pt" o:hralign="center" o:hrstd="t" o:hr="t" fillcolor="#a0a0a0" stroked="f"/>
        </w:pict>
      </w:r>
    </w:p>
    <w:p w14:paraId="64748BA2" w14:textId="04018B86" w:rsidR="00BA6A6F" w:rsidRPr="00BA6A6F" w:rsidRDefault="00E510BC">
      <w:pPr>
        <w:rPr>
          <w:lang w:val="en-GB"/>
        </w:rPr>
      </w:pPr>
      <w:r w:rsidRPr="00E510BC">
        <w:rPr>
          <w:lang w:val="en-GB"/>
        </w:rPr>
        <w:pict w14:anchorId="576F7224">
          <v:rect id="_x0000_i1038" style="width:0;height:1.5pt" o:hralign="center" o:hrstd="t" o:hr="t" fillcolor="#a0a0a0" stroked="f"/>
        </w:pict>
      </w:r>
    </w:p>
    <w:p w14:paraId="09DC54DE" w14:textId="08210427" w:rsidR="001D1727" w:rsidRPr="001D1727" w:rsidRDefault="001D1727" w:rsidP="001D1727">
      <w:pPr>
        <w:rPr>
          <w:b/>
          <w:bCs/>
          <w:color w:val="4F81BD" w:themeColor="accent1"/>
          <w:sz w:val="30"/>
          <w:lang w:val="en-GB"/>
        </w:rPr>
      </w:pPr>
      <w:r>
        <w:rPr>
          <w:b/>
          <w:bCs/>
          <w:color w:val="4F81BD" w:themeColor="accent1"/>
          <w:sz w:val="30"/>
          <w:lang w:val="en-GB"/>
        </w:rPr>
        <w:t xml:space="preserve">7. </w:t>
      </w:r>
      <w:r w:rsidRPr="001D1727">
        <w:rPr>
          <w:b/>
          <w:bCs/>
          <w:color w:val="4F81BD" w:themeColor="accent1"/>
          <w:sz w:val="30"/>
          <w:lang w:val="en-GB"/>
        </w:rPr>
        <w:t>Privacy Notice</w:t>
      </w:r>
    </w:p>
    <w:p w14:paraId="64B08A82" w14:textId="77777777" w:rsidR="001D1727" w:rsidRPr="001D1727" w:rsidRDefault="001D1727" w:rsidP="001D1727">
      <w:pPr>
        <w:rPr>
          <w:lang w:val="en-GB"/>
        </w:rPr>
      </w:pPr>
      <w:r w:rsidRPr="001D1727">
        <w:rPr>
          <w:lang w:val="en-GB"/>
        </w:rPr>
        <w:t xml:space="preserve">Lothlorien is operated by the </w:t>
      </w:r>
      <w:r w:rsidRPr="001D1727">
        <w:rPr>
          <w:bCs/>
          <w:lang w:val="en-GB"/>
        </w:rPr>
        <w:t>Rokpa Trust</w:t>
      </w:r>
      <w:r w:rsidRPr="001D1727">
        <w:rPr>
          <w:lang w:val="en-GB"/>
        </w:rPr>
        <w:t>. We are committed to protecting your personal information and handling it responsibly.</w:t>
      </w:r>
    </w:p>
    <w:p w14:paraId="63BE9077" w14:textId="77777777" w:rsidR="001D1727" w:rsidRPr="001D1727" w:rsidRDefault="001D1727" w:rsidP="001D1727">
      <w:pPr>
        <w:rPr>
          <w:b/>
          <w:bCs/>
          <w:lang w:val="en-GB"/>
        </w:rPr>
      </w:pPr>
      <w:r w:rsidRPr="001D1727">
        <w:rPr>
          <w:b/>
          <w:bCs/>
          <w:lang w:val="en-GB"/>
        </w:rPr>
        <w:t>Why we collect your information</w:t>
      </w:r>
    </w:p>
    <w:p w14:paraId="20B90D02" w14:textId="77777777" w:rsidR="001D1727" w:rsidRPr="001D1727" w:rsidRDefault="001D1727" w:rsidP="001D1727">
      <w:pPr>
        <w:rPr>
          <w:lang w:val="en-GB"/>
        </w:rPr>
      </w:pPr>
      <w:r w:rsidRPr="001D1727">
        <w:rPr>
          <w:lang w:val="en-GB"/>
        </w:rPr>
        <w:t>We ask for personal and health information so that we can:</w:t>
      </w:r>
    </w:p>
    <w:p w14:paraId="7634CF27" w14:textId="77777777" w:rsidR="001D1727" w:rsidRPr="001D1727" w:rsidRDefault="001D1727" w:rsidP="001D1727">
      <w:pPr>
        <w:pStyle w:val="ListParagraph"/>
        <w:numPr>
          <w:ilvl w:val="0"/>
          <w:numId w:val="13"/>
        </w:numPr>
        <w:rPr>
          <w:lang w:val="en-GB"/>
        </w:rPr>
      </w:pPr>
      <w:r w:rsidRPr="001D1727">
        <w:rPr>
          <w:lang w:val="en-GB"/>
        </w:rPr>
        <w:t xml:space="preserve">assess whether Lothlorien is the right service for you; </w:t>
      </w:r>
    </w:p>
    <w:p w14:paraId="62FC0BAB" w14:textId="77777777" w:rsidR="001D1727" w:rsidRPr="001D1727" w:rsidRDefault="001D1727" w:rsidP="001D1727">
      <w:pPr>
        <w:pStyle w:val="ListParagraph"/>
        <w:numPr>
          <w:ilvl w:val="0"/>
          <w:numId w:val="13"/>
        </w:numPr>
        <w:rPr>
          <w:lang w:val="en-GB"/>
        </w:rPr>
      </w:pPr>
      <w:r w:rsidRPr="001D1727">
        <w:rPr>
          <w:lang w:val="en-GB"/>
        </w:rPr>
        <w:t xml:space="preserve">contact you about your application; </w:t>
      </w:r>
    </w:p>
    <w:p w14:paraId="7A588CBD" w14:textId="77777777" w:rsidR="001D1727" w:rsidRPr="001D1727" w:rsidRDefault="001D1727" w:rsidP="001D1727">
      <w:pPr>
        <w:pStyle w:val="ListParagraph"/>
        <w:numPr>
          <w:ilvl w:val="0"/>
          <w:numId w:val="13"/>
        </w:numPr>
        <w:rPr>
          <w:lang w:val="en-GB"/>
        </w:rPr>
      </w:pPr>
      <w:r w:rsidRPr="001D1727">
        <w:rPr>
          <w:lang w:val="en-GB"/>
        </w:rPr>
        <w:t xml:space="preserve">obtain references from the healthcare professionals you nominate; </w:t>
      </w:r>
    </w:p>
    <w:p w14:paraId="321C24E6" w14:textId="77777777" w:rsidR="001D1727" w:rsidRPr="001D1727" w:rsidRDefault="001D1727" w:rsidP="001D1727">
      <w:pPr>
        <w:pStyle w:val="ListParagraph"/>
        <w:numPr>
          <w:ilvl w:val="0"/>
          <w:numId w:val="13"/>
        </w:numPr>
        <w:rPr>
          <w:lang w:val="en-GB"/>
        </w:rPr>
      </w:pPr>
      <w:r w:rsidRPr="001D1727">
        <w:rPr>
          <w:lang w:val="en-GB"/>
        </w:rPr>
        <w:t xml:space="preserve">arrange visits and, where appropriate, an introductory stay; </w:t>
      </w:r>
    </w:p>
    <w:p w14:paraId="7CC0574E" w14:textId="77777777" w:rsidR="001D1727" w:rsidRPr="001D1727" w:rsidRDefault="001D1727" w:rsidP="001D1727">
      <w:pPr>
        <w:pStyle w:val="ListParagraph"/>
        <w:numPr>
          <w:ilvl w:val="0"/>
          <w:numId w:val="13"/>
        </w:numPr>
        <w:rPr>
          <w:lang w:val="en-GB"/>
        </w:rPr>
      </w:pPr>
      <w:r w:rsidRPr="001D1727">
        <w:rPr>
          <w:lang w:val="en-GB"/>
        </w:rPr>
        <w:t xml:space="preserve">meet our legal and regulatory responsibilities. </w:t>
      </w:r>
    </w:p>
    <w:p w14:paraId="79E23DAC" w14:textId="77777777" w:rsidR="001D1727" w:rsidRPr="001D1727" w:rsidRDefault="001D1727" w:rsidP="001D1727">
      <w:pPr>
        <w:rPr>
          <w:b/>
          <w:lang w:val="en-GB"/>
        </w:rPr>
      </w:pPr>
      <w:r w:rsidRPr="001D1727">
        <w:rPr>
          <w:b/>
          <w:lang w:val="en-GB"/>
        </w:rPr>
        <w:t>What information we collect</w:t>
      </w:r>
    </w:p>
    <w:p w14:paraId="7764F6E0" w14:textId="77777777" w:rsidR="001D1727" w:rsidRPr="001D1727" w:rsidRDefault="001D1727" w:rsidP="001D1727">
      <w:pPr>
        <w:rPr>
          <w:lang w:val="en-GB"/>
        </w:rPr>
      </w:pPr>
      <w:r w:rsidRPr="001D1727">
        <w:rPr>
          <w:lang w:val="en-GB"/>
        </w:rPr>
        <w:lastRenderedPageBreak/>
        <w:t>As part of your application, we may collect information about your:</w:t>
      </w:r>
    </w:p>
    <w:p w14:paraId="775FF844" w14:textId="77777777" w:rsidR="001D1727" w:rsidRPr="001D1727" w:rsidRDefault="001D1727" w:rsidP="001D1727">
      <w:pPr>
        <w:pStyle w:val="ListParagraph"/>
        <w:numPr>
          <w:ilvl w:val="0"/>
          <w:numId w:val="14"/>
        </w:numPr>
        <w:rPr>
          <w:lang w:val="en-GB"/>
        </w:rPr>
      </w:pPr>
      <w:r w:rsidRPr="001D1727">
        <w:rPr>
          <w:lang w:val="en-GB"/>
        </w:rPr>
        <w:t xml:space="preserve">contact details; </w:t>
      </w:r>
    </w:p>
    <w:p w14:paraId="37C44383" w14:textId="77777777" w:rsidR="001D1727" w:rsidRPr="001D1727" w:rsidRDefault="001D1727" w:rsidP="001D1727">
      <w:pPr>
        <w:pStyle w:val="ListParagraph"/>
        <w:numPr>
          <w:ilvl w:val="0"/>
          <w:numId w:val="14"/>
        </w:numPr>
        <w:rPr>
          <w:lang w:val="en-GB"/>
        </w:rPr>
      </w:pPr>
      <w:r w:rsidRPr="001D1727">
        <w:rPr>
          <w:lang w:val="en-GB"/>
        </w:rPr>
        <w:t xml:space="preserve">health and support needs; </w:t>
      </w:r>
    </w:p>
    <w:p w14:paraId="7F5EC756" w14:textId="77777777" w:rsidR="001D1727" w:rsidRPr="001D1727" w:rsidRDefault="001D1727" w:rsidP="001D1727">
      <w:pPr>
        <w:pStyle w:val="ListParagraph"/>
        <w:numPr>
          <w:ilvl w:val="0"/>
          <w:numId w:val="14"/>
        </w:numPr>
        <w:rPr>
          <w:lang w:val="en-GB"/>
        </w:rPr>
      </w:pPr>
      <w:r w:rsidRPr="001D1727">
        <w:rPr>
          <w:lang w:val="en-GB"/>
        </w:rPr>
        <w:t xml:space="preserve">current care and treatment; </w:t>
      </w:r>
    </w:p>
    <w:p w14:paraId="72122AC5" w14:textId="77777777" w:rsidR="001D1727" w:rsidRPr="001D1727" w:rsidRDefault="001D1727" w:rsidP="001D1727">
      <w:pPr>
        <w:pStyle w:val="ListParagraph"/>
        <w:numPr>
          <w:ilvl w:val="0"/>
          <w:numId w:val="14"/>
        </w:numPr>
        <w:rPr>
          <w:lang w:val="en-GB"/>
        </w:rPr>
      </w:pPr>
      <w:r w:rsidRPr="001D1727">
        <w:rPr>
          <w:lang w:val="en-GB"/>
        </w:rPr>
        <w:t xml:space="preserve">financial circumstances (where relevant); </w:t>
      </w:r>
    </w:p>
    <w:p w14:paraId="3DFFC393" w14:textId="77777777" w:rsidR="001D1727" w:rsidRPr="001D1727" w:rsidRDefault="001D1727" w:rsidP="001D1727">
      <w:pPr>
        <w:pStyle w:val="ListParagraph"/>
        <w:numPr>
          <w:ilvl w:val="0"/>
          <w:numId w:val="14"/>
        </w:numPr>
        <w:rPr>
          <w:lang w:val="en-GB"/>
        </w:rPr>
      </w:pPr>
      <w:r w:rsidRPr="001D1727">
        <w:rPr>
          <w:lang w:val="en-GB"/>
        </w:rPr>
        <w:t xml:space="preserve">healthcare professionals and references. </w:t>
      </w:r>
    </w:p>
    <w:p w14:paraId="17FEA98F" w14:textId="77777777" w:rsidR="001D1727" w:rsidRPr="001D1727" w:rsidRDefault="001D1727" w:rsidP="001D1727">
      <w:pPr>
        <w:rPr>
          <w:b/>
          <w:lang w:val="en-GB"/>
        </w:rPr>
      </w:pPr>
      <w:r w:rsidRPr="001D1727">
        <w:rPr>
          <w:b/>
          <w:lang w:val="en-GB"/>
        </w:rPr>
        <w:t>Who we share your information with</w:t>
      </w:r>
    </w:p>
    <w:p w14:paraId="1FBB8D8C" w14:textId="77777777" w:rsidR="001D1727" w:rsidRPr="001D1727" w:rsidRDefault="001D1727" w:rsidP="001D1727">
      <w:pPr>
        <w:rPr>
          <w:lang w:val="en-GB"/>
        </w:rPr>
      </w:pPr>
      <w:r w:rsidRPr="001D1727">
        <w:rPr>
          <w:lang w:val="en-GB"/>
        </w:rPr>
        <w:t>We will only share your information where necessary, for example with the healthcare professionals you nominate, NHS or Local Authority services involved in your care, or where required by law.</w:t>
      </w:r>
    </w:p>
    <w:p w14:paraId="0AC3DD13" w14:textId="77777777" w:rsidR="001D1727" w:rsidRPr="001D1727" w:rsidRDefault="001D1727" w:rsidP="001D1727">
      <w:pPr>
        <w:rPr>
          <w:b/>
          <w:lang w:val="en-GB"/>
        </w:rPr>
      </w:pPr>
      <w:r w:rsidRPr="001D1727">
        <w:rPr>
          <w:b/>
          <w:lang w:val="en-GB"/>
        </w:rPr>
        <w:t>Your rights</w:t>
      </w:r>
    </w:p>
    <w:p w14:paraId="1704C6FF" w14:textId="77777777" w:rsidR="001D1727" w:rsidRPr="001D1727" w:rsidRDefault="001D1727" w:rsidP="001D1727">
      <w:pPr>
        <w:rPr>
          <w:lang w:val="en-GB"/>
        </w:rPr>
      </w:pPr>
      <w:r w:rsidRPr="001D1727">
        <w:rPr>
          <w:lang w:val="en-GB"/>
        </w:rPr>
        <w:t>Under UK data protection law, you have the right to:</w:t>
      </w:r>
    </w:p>
    <w:p w14:paraId="2D52D4BE" w14:textId="77777777" w:rsidR="001D1727" w:rsidRPr="001D1727" w:rsidRDefault="001D1727" w:rsidP="001D1727">
      <w:pPr>
        <w:pStyle w:val="ListParagraph"/>
        <w:numPr>
          <w:ilvl w:val="0"/>
          <w:numId w:val="15"/>
        </w:numPr>
        <w:rPr>
          <w:lang w:val="en-GB"/>
        </w:rPr>
      </w:pPr>
      <w:r w:rsidRPr="001D1727">
        <w:rPr>
          <w:lang w:val="en-GB"/>
        </w:rPr>
        <w:t xml:space="preserve">request access to your personal information; </w:t>
      </w:r>
    </w:p>
    <w:p w14:paraId="5DB84806" w14:textId="77777777" w:rsidR="001D1727" w:rsidRPr="001D1727" w:rsidRDefault="001D1727" w:rsidP="001D1727">
      <w:pPr>
        <w:pStyle w:val="ListParagraph"/>
        <w:numPr>
          <w:ilvl w:val="0"/>
          <w:numId w:val="15"/>
        </w:numPr>
        <w:rPr>
          <w:lang w:val="en-GB"/>
        </w:rPr>
      </w:pPr>
      <w:r w:rsidRPr="001D1727">
        <w:rPr>
          <w:lang w:val="en-GB"/>
        </w:rPr>
        <w:t xml:space="preserve">ask us to correct inaccurate information; </w:t>
      </w:r>
    </w:p>
    <w:p w14:paraId="01B00791" w14:textId="77777777" w:rsidR="001D1727" w:rsidRPr="001D1727" w:rsidRDefault="001D1727" w:rsidP="001D1727">
      <w:pPr>
        <w:pStyle w:val="ListParagraph"/>
        <w:numPr>
          <w:ilvl w:val="0"/>
          <w:numId w:val="15"/>
        </w:numPr>
        <w:rPr>
          <w:lang w:val="en-GB"/>
        </w:rPr>
      </w:pPr>
      <w:r w:rsidRPr="001D1727">
        <w:rPr>
          <w:lang w:val="en-GB"/>
        </w:rPr>
        <w:t xml:space="preserve">request that we restrict or erase information where appropriate; </w:t>
      </w:r>
    </w:p>
    <w:p w14:paraId="591F030A" w14:textId="77777777" w:rsidR="001D1727" w:rsidRPr="001D1727" w:rsidRDefault="001D1727" w:rsidP="001D1727">
      <w:pPr>
        <w:pStyle w:val="ListParagraph"/>
        <w:numPr>
          <w:ilvl w:val="0"/>
          <w:numId w:val="15"/>
        </w:numPr>
        <w:rPr>
          <w:lang w:val="en-GB"/>
        </w:rPr>
      </w:pPr>
      <w:r w:rsidRPr="001D1727">
        <w:rPr>
          <w:lang w:val="en-GB"/>
        </w:rPr>
        <w:t xml:space="preserve">make a complaint to the Information Commissioner's Office (ICO). </w:t>
      </w:r>
    </w:p>
    <w:p w14:paraId="10DF7831" w14:textId="483DF1A8" w:rsidR="001D1727" w:rsidRPr="001D1727" w:rsidRDefault="001D1727">
      <w:pPr>
        <w:rPr>
          <w:lang w:val="en-GB"/>
        </w:rPr>
      </w:pPr>
      <w:r w:rsidRPr="001D1727">
        <w:rPr>
          <w:lang w:val="en-GB"/>
        </w:rPr>
        <w:t>If you have any questions about how your information is used, please contact Lothlorien.</w:t>
      </w:r>
    </w:p>
    <w:p w14:paraId="409169F5" w14:textId="7246ED60" w:rsidR="00F67DC9" w:rsidRPr="00BA6A6F" w:rsidRDefault="001D1727">
      <w:pPr>
        <w:rPr>
          <w:color w:val="4F81BD" w:themeColor="accent1"/>
        </w:rPr>
      </w:pPr>
      <w:r>
        <w:rPr>
          <w:b/>
          <w:color w:val="4F81BD" w:themeColor="accent1"/>
          <w:sz w:val="30"/>
        </w:rPr>
        <w:t>8</w:t>
      </w:r>
      <w:r w:rsidR="00000000" w:rsidRPr="00BA6A6F">
        <w:rPr>
          <w:b/>
          <w:color w:val="4F81BD" w:themeColor="accent1"/>
          <w:sz w:val="30"/>
        </w:rPr>
        <w:t>. Consent and Declaration</w:t>
      </w:r>
    </w:p>
    <w:p w14:paraId="259AC2E2" w14:textId="77777777" w:rsidR="00F67DC9" w:rsidRDefault="00000000">
      <w:r>
        <w:t>I give permission for Lothlorien to request relevant psychiatric, medical, social work and benefits information in support of this application. I understand that I may withdraw this consent in writing at any time.</w:t>
      </w:r>
    </w:p>
    <w:p w14:paraId="253807C1" w14:textId="77777777" w:rsidR="00F67DC9" w:rsidRDefault="00000000">
      <w:r>
        <w:t>Information will be stored securely and handled in accordance with UK data protection legislation.</w:t>
      </w:r>
    </w:p>
    <w:tbl>
      <w:tblPr>
        <w:tblStyle w:val="TableGrid"/>
        <w:tblW w:w="0" w:type="auto"/>
        <w:tblLook w:val="04A0" w:firstRow="1" w:lastRow="0" w:firstColumn="1" w:lastColumn="0" w:noHBand="0" w:noVBand="1"/>
      </w:tblPr>
      <w:tblGrid>
        <w:gridCol w:w="5036"/>
        <w:gridCol w:w="5034"/>
      </w:tblGrid>
      <w:tr w:rsidR="00F67DC9" w14:paraId="036DB72C" w14:textId="77777777">
        <w:tc>
          <w:tcPr>
            <w:tcW w:w="5040" w:type="dxa"/>
          </w:tcPr>
          <w:p w14:paraId="718E499B" w14:textId="77777777" w:rsidR="00F67DC9" w:rsidRDefault="00000000">
            <w:r>
              <w:t>Applicant signature</w:t>
            </w:r>
          </w:p>
        </w:tc>
        <w:tc>
          <w:tcPr>
            <w:tcW w:w="5040" w:type="dxa"/>
          </w:tcPr>
          <w:p w14:paraId="7AAABEFC" w14:textId="77777777" w:rsidR="00F67DC9" w:rsidRDefault="00F67DC9"/>
        </w:tc>
      </w:tr>
      <w:tr w:rsidR="00F67DC9" w14:paraId="3288E3F5" w14:textId="77777777">
        <w:tc>
          <w:tcPr>
            <w:tcW w:w="5040" w:type="dxa"/>
          </w:tcPr>
          <w:p w14:paraId="2318BC92" w14:textId="77777777" w:rsidR="00F67DC9" w:rsidRDefault="00000000">
            <w:r>
              <w:t>Date</w:t>
            </w:r>
          </w:p>
        </w:tc>
        <w:tc>
          <w:tcPr>
            <w:tcW w:w="5040" w:type="dxa"/>
          </w:tcPr>
          <w:p w14:paraId="0706FF9D" w14:textId="77777777" w:rsidR="00F67DC9" w:rsidRDefault="00F67DC9"/>
        </w:tc>
      </w:tr>
    </w:tbl>
    <w:p w14:paraId="489DF124" w14:textId="77777777" w:rsidR="0068538D" w:rsidRDefault="0068538D"/>
    <w:sectPr w:rsidR="0068538D" w:rsidSect="00034616">
      <w:headerReference w:type="default" r:id="rId9"/>
      <w:pgSz w:w="12240" w:h="15840"/>
      <w:pgMar w:top="864"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2CFC1" w14:textId="77777777" w:rsidR="0068538D" w:rsidRDefault="0068538D">
      <w:pPr>
        <w:spacing w:after="0" w:line="240" w:lineRule="auto"/>
      </w:pPr>
      <w:r>
        <w:separator/>
      </w:r>
    </w:p>
  </w:endnote>
  <w:endnote w:type="continuationSeparator" w:id="0">
    <w:p w14:paraId="2304C3F1" w14:textId="77777777" w:rsidR="0068538D" w:rsidRDefault="00685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79194" w14:textId="77777777" w:rsidR="0068538D" w:rsidRDefault="0068538D">
      <w:pPr>
        <w:spacing w:after="0" w:line="240" w:lineRule="auto"/>
      </w:pPr>
      <w:r>
        <w:separator/>
      </w:r>
    </w:p>
  </w:footnote>
  <w:footnote w:type="continuationSeparator" w:id="0">
    <w:p w14:paraId="1A5C47D7" w14:textId="77777777" w:rsidR="0068538D" w:rsidRDefault="00685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8FDA8" w14:textId="77777777" w:rsidR="00F67DC9" w:rsidRDefault="00000000">
    <w:pPr>
      <w:pStyle w:val="Header"/>
      <w:jc w:val="right"/>
    </w:pPr>
    <w:r>
      <w:rPr>
        <w:noProof/>
      </w:rPr>
      <w:drawing>
        <wp:inline distT="0" distB="0" distL="0" distR="0" wp14:anchorId="6A7E75AE" wp14:editId="10757C24">
          <wp:extent cx="457200" cy="458154"/>
          <wp:effectExtent l="0" t="0" r="0" b="0"/>
          <wp:docPr id="1305809028" name="Picture 1305809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othlorien(3).jpg"/>
                  <pic:cNvPicPr/>
                </pic:nvPicPr>
                <pic:blipFill>
                  <a:blip r:embed="rId1"/>
                  <a:stretch>
                    <a:fillRect/>
                  </a:stretch>
                </pic:blipFill>
                <pic:spPr>
                  <a:xfrm>
                    <a:off x="0" y="0"/>
                    <a:ext cx="457200" cy="4581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BA2819"/>
    <w:multiLevelType w:val="multilevel"/>
    <w:tmpl w:val="0C46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B76E2"/>
    <w:multiLevelType w:val="multilevel"/>
    <w:tmpl w:val="FA58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936091"/>
    <w:multiLevelType w:val="multilevel"/>
    <w:tmpl w:val="0C46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434E94"/>
    <w:multiLevelType w:val="multilevel"/>
    <w:tmpl w:val="6DA2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D75EAC"/>
    <w:multiLevelType w:val="multilevel"/>
    <w:tmpl w:val="0C46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534D85"/>
    <w:multiLevelType w:val="multilevel"/>
    <w:tmpl w:val="0C46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015325">
    <w:abstractNumId w:val="8"/>
  </w:num>
  <w:num w:numId="2" w16cid:durableId="891581191">
    <w:abstractNumId w:val="6"/>
  </w:num>
  <w:num w:numId="3" w16cid:durableId="611018959">
    <w:abstractNumId w:val="5"/>
  </w:num>
  <w:num w:numId="4" w16cid:durableId="1877279826">
    <w:abstractNumId w:val="4"/>
  </w:num>
  <w:num w:numId="5" w16cid:durableId="27218257">
    <w:abstractNumId w:val="7"/>
  </w:num>
  <w:num w:numId="6" w16cid:durableId="877201416">
    <w:abstractNumId w:val="3"/>
  </w:num>
  <w:num w:numId="7" w16cid:durableId="832184842">
    <w:abstractNumId w:val="2"/>
  </w:num>
  <w:num w:numId="8" w16cid:durableId="932085048">
    <w:abstractNumId w:val="1"/>
  </w:num>
  <w:num w:numId="9" w16cid:durableId="404841475">
    <w:abstractNumId w:val="0"/>
  </w:num>
  <w:num w:numId="10" w16cid:durableId="784925884">
    <w:abstractNumId w:val="9"/>
  </w:num>
  <w:num w:numId="11" w16cid:durableId="240453026">
    <w:abstractNumId w:val="12"/>
  </w:num>
  <w:num w:numId="12" w16cid:durableId="214974727">
    <w:abstractNumId w:val="10"/>
  </w:num>
  <w:num w:numId="13" w16cid:durableId="516771319">
    <w:abstractNumId w:val="11"/>
  </w:num>
  <w:num w:numId="14" w16cid:durableId="1760908816">
    <w:abstractNumId w:val="14"/>
  </w:num>
  <w:num w:numId="15" w16cid:durableId="19900164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5E83"/>
    <w:rsid w:val="001D1727"/>
    <w:rsid w:val="0029639D"/>
    <w:rsid w:val="00326F90"/>
    <w:rsid w:val="0059167B"/>
    <w:rsid w:val="0068538D"/>
    <w:rsid w:val="00A4627D"/>
    <w:rsid w:val="00AA1D8D"/>
    <w:rsid w:val="00B47730"/>
    <w:rsid w:val="00BA6A6F"/>
    <w:rsid w:val="00CB0664"/>
    <w:rsid w:val="00E510BC"/>
    <w:rsid w:val="00F67DC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B05186"/>
  <w14:defaultImageDpi w14:val="300"/>
  <w15:docId w15:val="{EBEDE11C-EAA7-4A6F-AEE3-2FCE579C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Lucy Morgan</cp:lastModifiedBy>
  <cp:revision>3</cp:revision>
  <dcterms:created xsi:type="dcterms:W3CDTF">2026-07-30T09:52:00Z</dcterms:created>
  <dcterms:modified xsi:type="dcterms:W3CDTF">2026-07-30T11:46:00Z</dcterms:modified>
  <cp:category/>
</cp:coreProperties>
</file>